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747F" w14:textId="77777777" w:rsidR="00F8105C" w:rsidRDefault="00000000">
      <w:pPr>
        <w:spacing w:after="120"/>
        <w:jc w:val="center"/>
      </w:pPr>
      <w:r>
        <w:rPr>
          <w:b/>
          <w:sz w:val="26"/>
        </w:rPr>
        <w:t>GRAD GRUBIŠNO POLJE</w:t>
      </w:r>
    </w:p>
    <w:p w14:paraId="1FB01364" w14:textId="77777777" w:rsidR="00F8105C" w:rsidRDefault="00000000">
      <w:pPr>
        <w:jc w:val="center"/>
      </w:pPr>
      <w:r>
        <w:rPr>
          <w:b/>
          <w:sz w:val="32"/>
        </w:rPr>
        <w:t>PRIJEDLOG PRAVILNIKA</w:t>
      </w:r>
      <w:r>
        <w:rPr>
          <w:b/>
          <w:sz w:val="32"/>
        </w:rPr>
        <w:br/>
        <w:t>O PROGRAMU JAVNIH POTREBA U SPORTU GRADA GRUBIŠNOGA POLJA</w:t>
      </w:r>
    </w:p>
    <w:p w14:paraId="40E4A27E" w14:textId="77777777" w:rsidR="00F8105C" w:rsidRDefault="00000000">
      <w:pPr>
        <w:jc w:val="center"/>
      </w:pPr>
      <w:proofErr w:type="spellStart"/>
      <w:r>
        <w:rPr>
          <w:i/>
          <w:sz w:val="22"/>
        </w:rPr>
        <w:t>radni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nacrt</w:t>
      </w:r>
      <w:proofErr w:type="spellEnd"/>
      <w:r>
        <w:rPr>
          <w:i/>
          <w:sz w:val="22"/>
        </w:rPr>
        <w:t xml:space="preserve"> za </w:t>
      </w:r>
      <w:proofErr w:type="spellStart"/>
      <w:r>
        <w:rPr>
          <w:i/>
          <w:sz w:val="22"/>
        </w:rPr>
        <w:t>usklađivanje</w:t>
      </w:r>
      <w:proofErr w:type="spellEnd"/>
      <w:r>
        <w:rPr>
          <w:i/>
          <w:sz w:val="22"/>
        </w:rPr>
        <w:t xml:space="preserve"> s </w:t>
      </w:r>
      <w:proofErr w:type="spellStart"/>
      <w:r>
        <w:rPr>
          <w:i/>
          <w:sz w:val="22"/>
        </w:rPr>
        <w:t>važećim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Zakonom</w:t>
      </w:r>
      <w:proofErr w:type="spellEnd"/>
      <w:r>
        <w:rPr>
          <w:i/>
          <w:sz w:val="22"/>
        </w:rPr>
        <w:t xml:space="preserve"> o </w:t>
      </w:r>
      <w:proofErr w:type="spellStart"/>
      <w:r>
        <w:rPr>
          <w:i/>
          <w:sz w:val="22"/>
        </w:rPr>
        <w:t>sportu</w:t>
      </w:r>
      <w:proofErr w:type="spellEnd"/>
      <w:r>
        <w:rPr>
          <w:i/>
          <w:sz w:val="22"/>
        </w:rPr>
        <w:t xml:space="preserve"> i </w:t>
      </w:r>
      <w:proofErr w:type="spellStart"/>
      <w:r>
        <w:rPr>
          <w:i/>
          <w:sz w:val="22"/>
        </w:rPr>
        <w:t>Uredbom</w:t>
      </w:r>
      <w:proofErr w:type="spellEnd"/>
      <w:r>
        <w:rPr>
          <w:i/>
          <w:sz w:val="22"/>
        </w:rPr>
        <w:t xml:space="preserve"> o </w:t>
      </w:r>
      <w:proofErr w:type="spellStart"/>
      <w:r>
        <w:rPr>
          <w:i/>
          <w:sz w:val="22"/>
        </w:rPr>
        <w:t>financiranju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udruga</w:t>
      </w:r>
      <w:proofErr w:type="spellEnd"/>
    </w:p>
    <w:p w14:paraId="1E3A9A56" w14:textId="77777777" w:rsidR="00F8105C" w:rsidRDefault="00F8105C"/>
    <w:p w14:paraId="493F918F" w14:textId="77777777" w:rsidR="00F8105C" w:rsidRDefault="00000000">
      <w:pPr>
        <w:jc w:val="center"/>
      </w:pPr>
      <w:r>
        <w:rPr>
          <w:i/>
        </w:rPr>
        <w:t xml:space="preserve">Na </w:t>
      </w:r>
      <w:proofErr w:type="spellStart"/>
      <w:r>
        <w:rPr>
          <w:i/>
        </w:rPr>
        <w:t>temelju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članka</w:t>
      </w:r>
      <w:proofErr w:type="spellEnd"/>
      <w:r>
        <w:rPr>
          <w:i/>
        </w:rPr>
        <w:t xml:space="preserve"> 75.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sportu</w:t>
      </w:r>
      <w:proofErr w:type="spellEnd"/>
      <w:r>
        <w:rPr>
          <w:i/>
        </w:rPr>
        <w:t xml:space="preserve"> (</w:t>
      </w:r>
      <w:proofErr w:type="spellStart"/>
      <w:r>
        <w:rPr>
          <w:i/>
        </w:rPr>
        <w:t>Narodne</w:t>
      </w:r>
      <w:proofErr w:type="spellEnd"/>
      <w:r>
        <w:rPr>
          <w:i/>
        </w:rPr>
        <w:t xml:space="preserve"> novine, </w:t>
      </w:r>
      <w:proofErr w:type="spellStart"/>
      <w:r>
        <w:rPr>
          <w:i/>
        </w:rPr>
        <w:t>broj</w:t>
      </w:r>
      <w:proofErr w:type="spellEnd"/>
      <w:r>
        <w:rPr>
          <w:i/>
        </w:rPr>
        <w:t xml:space="preserve"> 141/22), </w:t>
      </w:r>
      <w:proofErr w:type="spellStart"/>
      <w:r>
        <w:rPr>
          <w:i/>
        </w:rPr>
        <w:t>članka</w:t>
      </w:r>
      <w:proofErr w:type="spellEnd"/>
      <w:r>
        <w:rPr>
          <w:i/>
        </w:rPr>
        <w:t xml:space="preserve"> 35.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lokalnoj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područnoj</w:t>
      </w:r>
      <w:proofErr w:type="spellEnd"/>
      <w:r>
        <w:rPr>
          <w:i/>
        </w:rPr>
        <w:t xml:space="preserve"> (</w:t>
      </w:r>
      <w:proofErr w:type="spellStart"/>
      <w:r>
        <w:rPr>
          <w:i/>
        </w:rPr>
        <w:t>regionalnoj</w:t>
      </w:r>
      <w:proofErr w:type="spellEnd"/>
      <w:r>
        <w:rPr>
          <w:i/>
        </w:rPr>
        <w:t xml:space="preserve">) </w:t>
      </w:r>
      <w:proofErr w:type="spellStart"/>
      <w:r>
        <w:rPr>
          <w:i/>
        </w:rPr>
        <w:t>samoupravi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članka</w:t>
      </w:r>
      <w:proofErr w:type="spellEnd"/>
      <w:r>
        <w:rPr>
          <w:i/>
        </w:rPr>
        <w:t xml:space="preserve"> 37. </w:t>
      </w:r>
      <w:proofErr w:type="spellStart"/>
      <w:r>
        <w:rPr>
          <w:i/>
        </w:rPr>
        <w:t>Statuta</w:t>
      </w:r>
      <w:proofErr w:type="spellEnd"/>
      <w:r>
        <w:rPr>
          <w:i/>
        </w:rPr>
        <w:t xml:space="preserve"> Grada Grubišnoga Polja ("</w:t>
      </w:r>
      <w:proofErr w:type="spellStart"/>
      <w:r>
        <w:rPr>
          <w:i/>
        </w:rPr>
        <w:t>Službeni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glasnik</w:t>
      </w:r>
      <w:proofErr w:type="spellEnd"/>
      <w:r>
        <w:rPr>
          <w:i/>
        </w:rPr>
        <w:t xml:space="preserve">" Grada Grubišnoga Polja, br. 2/20, 1/21, 2/23 i 8/25), a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prijedlog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Sportske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zajednice</w:t>
      </w:r>
      <w:proofErr w:type="spellEnd"/>
      <w:r>
        <w:rPr>
          <w:i/>
        </w:rPr>
        <w:t xml:space="preserve"> Grada Grubišnoga Polja, </w:t>
      </w:r>
      <w:proofErr w:type="spellStart"/>
      <w:r>
        <w:rPr>
          <w:i/>
        </w:rPr>
        <w:t>Gradsko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vijeće</w:t>
      </w:r>
      <w:proofErr w:type="spellEnd"/>
      <w:r>
        <w:rPr>
          <w:i/>
        </w:rPr>
        <w:t xml:space="preserve"> Grada Grubišnoga Polja </w:t>
      </w:r>
      <w:proofErr w:type="spellStart"/>
      <w:r>
        <w:rPr>
          <w:i/>
        </w:rPr>
        <w:t>donosi</w:t>
      </w:r>
      <w:proofErr w:type="spellEnd"/>
    </w:p>
    <w:p w14:paraId="26BFFD42" w14:textId="77777777" w:rsidR="00F8105C" w:rsidRDefault="00000000">
      <w:r>
        <w:br w:type="page"/>
      </w:r>
    </w:p>
    <w:p w14:paraId="31B601D5" w14:textId="77777777" w:rsidR="004E0165" w:rsidRPr="004E0165" w:rsidRDefault="004E0165" w:rsidP="004E0165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lastRenderedPageBreak/>
        <w:t xml:space="preserve">         </w:t>
      </w:r>
      <w:r w:rsidRPr="004E0165"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 wp14:anchorId="00FFA347" wp14:editId="6A277CA9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10F1D" w14:textId="77777777" w:rsidR="004E0165" w:rsidRPr="004E0165" w:rsidRDefault="004E0165" w:rsidP="004E0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               REPUBLIKA HRVATSKA </w:t>
      </w:r>
    </w:p>
    <w:p w14:paraId="425D90FE" w14:textId="77777777" w:rsidR="004E0165" w:rsidRPr="004E0165" w:rsidRDefault="004E0165" w:rsidP="004E0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BJELOVARSKO-BILOGORSKA ŽUPANIJA</w:t>
      </w:r>
    </w:p>
    <w:p w14:paraId="1A9048BA" w14:textId="77777777" w:rsidR="004E0165" w:rsidRPr="004E0165" w:rsidRDefault="004E0165" w:rsidP="004E016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              GRAD GRUBIŠNO POLJE</w:t>
      </w:r>
    </w:p>
    <w:p w14:paraId="2C42C2FD" w14:textId="07222EBA" w:rsidR="004E0165" w:rsidRPr="004E0165" w:rsidRDefault="004E0165" w:rsidP="004E0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</w:t>
      </w:r>
      <w:r w:rsidRPr="004E016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G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RADSKO VIJEĆE</w:t>
      </w:r>
    </w:p>
    <w:p w14:paraId="183F3F53" w14:textId="77777777" w:rsidR="004E0165" w:rsidRPr="004E0165" w:rsidRDefault="004E0165" w:rsidP="004E0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D6D1DB5" w14:textId="0F5E39FC" w:rsidR="004E0165" w:rsidRPr="004E0165" w:rsidRDefault="004E0165" w:rsidP="004E0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KLASA: </w:t>
      </w:r>
    </w:p>
    <w:p w14:paraId="6E197853" w14:textId="33A9ACFD" w:rsidR="004E0165" w:rsidRPr="004E0165" w:rsidRDefault="004E0165" w:rsidP="004E0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URBROJ: </w:t>
      </w:r>
    </w:p>
    <w:p w14:paraId="622A049B" w14:textId="4D96F7B5" w:rsidR="004E0165" w:rsidRPr="004E0165" w:rsidRDefault="004E0165" w:rsidP="004E0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E016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Grubišno Polje,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--</w:t>
      </w:r>
      <w:r w:rsidRPr="004E016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</w:p>
    <w:p w14:paraId="2FB17115" w14:textId="46D5B6EB" w:rsidR="004E0165" w:rsidRPr="004E0165" w:rsidRDefault="004E0165" w:rsidP="004E0165">
      <w:pPr>
        <w:pStyle w:val="Naslov1"/>
        <w:jc w:val="both"/>
        <w:rPr>
          <w:rFonts w:ascii="Arial" w:hAnsi="Arial" w:cs="Arial"/>
          <w:b w:val="0"/>
          <w:bCs w:val="0"/>
          <w:color w:val="auto"/>
          <w:sz w:val="21"/>
          <w:szCs w:val="21"/>
        </w:rPr>
      </w:pPr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Na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temelju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članka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75.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stavka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7.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Zakona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o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sportu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(„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Narodne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novine“ br. 141/22) i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članka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</w:t>
      </w:r>
      <w:r>
        <w:rPr>
          <w:rFonts w:ascii="Arial" w:hAnsi="Arial" w:cs="Arial"/>
          <w:b w:val="0"/>
          <w:bCs w:val="0"/>
          <w:color w:val="auto"/>
          <w:sz w:val="21"/>
          <w:szCs w:val="21"/>
        </w:rPr>
        <w:t>37</w:t>
      </w:r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.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Statuta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Grada Grubišnoga Polja (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Službeni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glasnik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Grada Grubišnoga Polja br. 2/20, 1/21, 2/23 i 8/25)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Gradsko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vijeće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Grada Grubišnoga Polja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na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sjednici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održanoj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 </w:t>
      </w:r>
      <w:r>
        <w:rPr>
          <w:rFonts w:ascii="Arial" w:hAnsi="Arial" w:cs="Arial"/>
          <w:b w:val="0"/>
          <w:bCs w:val="0"/>
          <w:color w:val="auto"/>
          <w:sz w:val="21"/>
          <w:szCs w:val="21"/>
        </w:rPr>
        <w:t>----</w:t>
      </w:r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, </w:t>
      </w:r>
      <w:proofErr w:type="spellStart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>donijelo</w:t>
      </w:r>
      <w:proofErr w:type="spellEnd"/>
      <w:r w:rsidRPr="004E0165">
        <w:rPr>
          <w:rFonts w:ascii="Arial" w:hAnsi="Arial" w:cs="Arial"/>
          <w:b w:val="0"/>
          <w:bCs w:val="0"/>
          <w:color w:val="auto"/>
          <w:sz w:val="21"/>
          <w:szCs w:val="21"/>
        </w:rPr>
        <w:t xml:space="preserve"> je</w:t>
      </w:r>
    </w:p>
    <w:p w14:paraId="2605E6B4" w14:textId="2E804670" w:rsidR="004E0165" w:rsidRDefault="004E0165" w:rsidP="004E0165">
      <w:pPr>
        <w:pStyle w:val="Naslov1"/>
        <w:jc w:val="center"/>
      </w:pPr>
      <w:r>
        <w:t>PRAVILNIK</w:t>
      </w:r>
    </w:p>
    <w:p w14:paraId="0EBB6979" w14:textId="4B704E7F" w:rsidR="004E0165" w:rsidRDefault="004E0165" w:rsidP="004E0165">
      <w:pPr>
        <w:pStyle w:val="Naslov1"/>
        <w:jc w:val="center"/>
      </w:pPr>
      <w:r>
        <w:t>O PROGRAMU JAVNIH POTREBA U SPORTU GRADA GRUBIŠNOGA POLJA</w:t>
      </w:r>
    </w:p>
    <w:p w14:paraId="4C153774" w14:textId="77777777" w:rsidR="004E0165" w:rsidRDefault="004E0165">
      <w:pPr>
        <w:pStyle w:val="Naslov1"/>
      </w:pPr>
    </w:p>
    <w:p w14:paraId="2E638C71" w14:textId="46C9F051" w:rsidR="00F8105C" w:rsidRDefault="00000000">
      <w:pPr>
        <w:pStyle w:val="Naslov1"/>
      </w:pPr>
      <w:r>
        <w:t>I. OPĆE ODREDBE</w:t>
      </w:r>
    </w:p>
    <w:p w14:paraId="3C0F9F1F" w14:textId="77777777" w:rsidR="00F8105C" w:rsidRDefault="00000000" w:rsidP="006C1088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1.  </w:t>
      </w:r>
      <w:proofErr w:type="spellStart"/>
      <w:r>
        <w:rPr>
          <w:b/>
        </w:rPr>
        <w:t>Predmet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Pravilnika</w:t>
      </w:r>
      <w:proofErr w:type="spellEnd"/>
    </w:p>
    <w:p w14:paraId="3E583A75" w14:textId="77777777" w:rsidR="00F8105C" w:rsidRDefault="00000000">
      <w:pPr>
        <w:ind w:left="227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detaljnije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kriteriji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Grada Grubišnoga Polja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Grad), </w:t>
      </w:r>
      <w:proofErr w:type="spellStart"/>
      <w:r>
        <w:t>mjerila</w:t>
      </w:r>
      <w:proofErr w:type="spellEnd"/>
      <w:r>
        <w:t xml:space="preserve"> za </w:t>
      </w:r>
      <w:proofErr w:type="spellStart"/>
      <w:r>
        <w:t>osiguravanje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metodologija</w:t>
      </w:r>
      <w:proofErr w:type="spellEnd"/>
      <w:r>
        <w:t xml:space="preserve"> i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i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i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udrugama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izvještavanja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i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važna</w:t>
      </w:r>
      <w:proofErr w:type="spellEnd"/>
      <w:r>
        <w:t xml:space="preserve"> za </w:t>
      </w:r>
      <w:proofErr w:type="spellStart"/>
      <w:r>
        <w:t>transparentno</w:t>
      </w:r>
      <w:proofErr w:type="spellEnd"/>
      <w:r>
        <w:t xml:space="preserve">, </w:t>
      </w:r>
      <w:proofErr w:type="spellStart"/>
      <w:r>
        <w:t>učinkovito</w:t>
      </w:r>
      <w:proofErr w:type="spellEnd"/>
      <w:r>
        <w:t xml:space="preserve"> i </w:t>
      </w:r>
      <w:proofErr w:type="spellStart"/>
      <w:r>
        <w:t>namjensko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59C77E4F" w14:textId="77777777" w:rsidR="00F8105C" w:rsidRDefault="00000000">
      <w:pPr>
        <w:ind w:left="227"/>
      </w:pPr>
      <w:r>
        <w:t xml:space="preserve">Program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proračunsku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sportu</w:t>
      </w:r>
      <w:proofErr w:type="spellEnd"/>
      <w:r>
        <w:t xml:space="preserve">, </w:t>
      </w:r>
      <w:proofErr w:type="spellStart"/>
      <w:r>
        <w:t>proračunom</w:t>
      </w:r>
      <w:proofErr w:type="spellEnd"/>
      <w:r>
        <w:t xml:space="preserve"> Grada i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55457470" w14:textId="77777777" w:rsidR="00F8105C" w:rsidRDefault="00000000">
      <w:pPr>
        <w:ind w:left="227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opći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Grada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financiranje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projekata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opće</w:t>
      </w:r>
      <w:proofErr w:type="spellEnd"/>
      <w:r>
        <w:t xml:space="preserve"> dobro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</w:t>
      </w:r>
      <w:proofErr w:type="spellStart"/>
      <w:r>
        <w:t>udruge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, </w:t>
      </w:r>
      <w:proofErr w:type="spellStart"/>
      <w:r>
        <w:t>mjerilima</w:t>
      </w:r>
      <w:proofErr w:type="spellEnd"/>
      <w:r>
        <w:t xml:space="preserve"> i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i </w:t>
      </w:r>
      <w:proofErr w:type="spellStart"/>
      <w:r>
        <w:t>ugovaranja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projekata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opće</w:t>
      </w:r>
      <w:proofErr w:type="spellEnd"/>
      <w:r>
        <w:t xml:space="preserve"> dobro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</w:t>
      </w:r>
      <w:proofErr w:type="spellStart"/>
      <w:r>
        <w:t>udruge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490E16D" w14:textId="77777777" w:rsidR="00F8105C" w:rsidRDefault="00000000" w:rsidP="006C1088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2. 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potrebe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sportu</w:t>
      </w:r>
      <w:proofErr w:type="spellEnd"/>
    </w:p>
    <w:p w14:paraId="2524EC4A" w14:textId="77777777" w:rsidR="00F8105C" w:rsidRDefault="00000000">
      <w:pPr>
        <w:ind w:left="227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Grada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osigurati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sportu</w:t>
      </w:r>
      <w:proofErr w:type="spellEnd"/>
      <w:r>
        <w:t xml:space="preserve">, a </w:t>
      </w:r>
      <w:proofErr w:type="spellStart"/>
      <w:r>
        <w:t>osobito</w:t>
      </w:r>
      <w:proofErr w:type="spellEnd"/>
      <w:r>
        <w:t xml:space="preserve"> za:</w:t>
      </w:r>
    </w:p>
    <w:p w14:paraId="1489969F" w14:textId="77777777" w:rsidR="00F8105C" w:rsidRDefault="00000000">
      <w:pPr>
        <w:pStyle w:val="Grafikeoznake"/>
        <w:spacing w:after="40"/>
      </w:pPr>
      <w:proofErr w:type="spellStart"/>
      <w:r>
        <w:t>poticanje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i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sporta</w:t>
      </w:r>
      <w:proofErr w:type="spellEnd"/>
      <w:r>
        <w:t>;</w:t>
      </w:r>
    </w:p>
    <w:p w14:paraId="7D640D07" w14:textId="77777777" w:rsidR="00F8105C" w:rsidRDefault="00000000">
      <w:pPr>
        <w:pStyle w:val="Grafikeoznake"/>
        <w:spacing w:after="40"/>
      </w:pPr>
      <w:proofErr w:type="spellStart"/>
      <w:r>
        <w:t>provođenje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mladeži</w:t>
      </w:r>
      <w:proofErr w:type="spellEnd"/>
      <w:r>
        <w:t xml:space="preserve"> i </w:t>
      </w:r>
      <w:proofErr w:type="spellStart"/>
      <w:r>
        <w:t>studenata</w:t>
      </w:r>
      <w:proofErr w:type="spellEnd"/>
      <w:r>
        <w:t>;</w:t>
      </w:r>
    </w:p>
    <w:p w14:paraId="0254B963" w14:textId="77777777" w:rsidR="00F8105C" w:rsidRDefault="00000000">
      <w:pPr>
        <w:pStyle w:val="Grafikeoznake"/>
        <w:spacing w:after="40"/>
      </w:pPr>
      <w:proofErr w:type="spellStart"/>
      <w:r>
        <w:t>djelovanje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,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i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saveza</w:t>
      </w:r>
      <w:proofErr w:type="spellEnd"/>
      <w:r>
        <w:t>;</w:t>
      </w:r>
    </w:p>
    <w:p w14:paraId="0758B78D" w14:textId="77777777" w:rsidR="00F8105C" w:rsidRDefault="00000000">
      <w:pPr>
        <w:pStyle w:val="Grafikeoznake"/>
        <w:spacing w:after="40"/>
      </w:pPr>
      <w:proofErr w:type="spellStart"/>
      <w:r>
        <w:t>sportsku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, </w:t>
      </w:r>
      <w:proofErr w:type="spellStart"/>
      <w:r>
        <w:t>domaća</w:t>
      </w:r>
      <w:proofErr w:type="spellEnd"/>
      <w:r>
        <w:t xml:space="preserve"> i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natjecanja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sportaša</w:t>
      </w:r>
      <w:proofErr w:type="spellEnd"/>
      <w:r>
        <w:t>;</w:t>
      </w:r>
    </w:p>
    <w:p w14:paraId="7186529F" w14:textId="77777777" w:rsidR="00F8105C" w:rsidRDefault="00000000">
      <w:pPr>
        <w:pStyle w:val="Grafikeoznake"/>
        <w:spacing w:after="40"/>
      </w:pPr>
      <w:proofErr w:type="spellStart"/>
      <w:r>
        <w:t>školovanje</w:t>
      </w:r>
      <w:proofErr w:type="spellEnd"/>
      <w:r>
        <w:t xml:space="preserve"> i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i </w:t>
      </w:r>
      <w:proofErr w:type="spellStart"/>
      <w:r>
        <w:t>stručni</w:t>
      </w:r>
      <w:proofErr w:type="spellEnd"/>
      <w:r>
        <w:t xml:space="preserve"> rad u </w:t>
      </w:r>
      <w:proofErr w:type="spellStart"/>
      <w:r>
        <w:t>sportu</w:t>
      </w:r>
      <w:proofErr w:type="spellEnd"/>
      <w:r>
        <w:t>;</w:t>
      </w:r>
    </w:p>
    <w:p w14:paraId="491C89A6" w14:textId="77777777" w:rsidR="00F8105C" w:rsidRDefault="00000000">
      <w:pPr>
        <w:pStyle w:val="Grafikeoznake"/>
        <w:spacing w:after="40"/>
      </w:pPr>
      <w:proofErr w:type="spellStart"/>
      <w:r>
        <w:t>zapošljavanje</w:t>
      </w:r>
      <w:proofErr w:type="spellEnd"/>
      <w:r>
        <w:t xml:space="preserve"> osoba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>;</w:t>
      </w:r>
    </w:p>
    <w:p w14:paraId="66D98596" w14:textId="77777777" w:rsidR="00F8105C" w:rsidRDefault="00000000">
      <w:pPr>
        <w:pStyle w:val="Grafikeoznake"/>
        <w:spacing w:after="40"/>
      </w:pPr>
      <w:proofErr w:type="spellStart"/>
      <w:r>
        <w:t>sportske</w:t>
      </w:r>
      <w:proofErr w:type="spellEnd"/>
      <w:r>
        <w:t xml:space="preserve"> </w:t>
      </w:r>
      <w:proofErr w:type="spellStart"/>
      <w:r>
        <w:t>stipendije</w:t>
      </w:r>
      <w:proofErr w:type="spellEnd"/>
      <w:r>
        <w:t xml:space="preserve"> i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poticajne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;</w:t>
      </w:r>
    </w:p>
    <w:p w14:paraId="41E6B4FE" w14:textId="77777777" w:rsidR="00F8105C" w:rsidRDefault="00000000">
      <w:pPr>
        <w:pStyle w:val="Grafikeoznake"/>
        <w:spacing w:after="40"/>
      </w:pPr>
      <w:proofErr w:type="spellStart"/>
      <w:r>
        <w:t>sportsko-rekreativne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;</w:t>
      </w:r>
    </w:p>
    <w:p w14:paraId="4ABA4485" w14:textId="77777777" w:rsidR="00F8105C" w:rsidRDefault="00000000">
      <w:pPr>
        <w:pStyle w:val="Grafikeoznake"/>
        <w:spacing w:after="40"/>
      </w:pPr>
      <w:proofErr w:type="spellStart"/>
      <w:r>
        <w:t>sportske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s </w:t>
      </w:r>
      <w:proofErr w:type="spellStart"/>
      <w:r>
        <w:t>teškoćama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parasportaša</w:t>
      </w:r>
      <w:proofErr w:type="spellEnd"/>
      <w:r>
        <w:t xml:space="preserve"> i </w:t>
      </w:r>
      <w:proofErr w:type="spellStart"/>
      <w:r>
        <w:t>gluhih</w:t>
      </w:r>
      <w:proofErr w:type="spellEnd"/>
      <w:r>
        <w:t xml:space="preserve"> </w:t>
      </w:r>
      <w:proofErr w:type="spellStart"/>
      <w:r>
        <w:t>sportaša</w:t>
      </w:r>
      <w:proofErr w:type="spellEnd"/>
      <w:r>
        <w:t>;</w:t>
      </w:r>
    </w:p>
    <w:p w14:paraId="66E390C2" w14:textId="77777777" w:rsidR="00F8105C" w:rsidRDefault="00000000">
      <w:pPr>
        <w:pStyle w:val="Grafikeoznake"/>
        <w:spacing w:after="40"/>
      </w:pPr>
      <w:proofErr w:type="spellStart"/>
      <w:r>
        <w:t>planiranje</w:t>
      </w:r>
      <w:proofErr w:type="spellEnd"/>
      <w:r>
        <w:t xml:space="preserve">,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i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građevina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Grad;</w:t>
      </w:r>
    </w:p>
    <w:p w14:paraId="433558A3" w14:textId="77777777" w:rsidR="00F8105C" w:rsidRDefault="00000000">
      <w:pPr>
        <w:pStyle w:val="Grafikeoznake"/>
        <w:spacing w:after="40"/>
      </w:pPr>
      <w:proofErr w:type="spellStart"/>
      <w:r>
        <w:t>sportske</w:t>
      </w:r>
      <w:proofErr w:type="spellEnd"/>
      <w:r>
        <w:t xml:space="preserve"> </w:t>
      </w:r>
      <w:proofErr w:type="spellStart"/>
      <w:r>
        <w:t>manifestacije</w:t>
      </w:r>
      <w:proofErr w:type="spellEnd"/>
      <w:r>
        <w:t xml:space="preserve"> i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Grad.</w:t>
      </w:r>
    </w:p>
    <w:p w14:paraId="70965036" w14:textId="77777777" w:rsidR="00F8105C" w:rsidRDefault="00000000" w:rsidP="006C1088">
      <w:pPr>
        <w:keepNext/>
        <w:jc w:val="center"/>
      </w:pPr>
      <w:proofErr w:type="spellStart"/>
      <w:r>
        <w:rPr>
          <w:b/>
        </w:rPr>
        <w:lastRenderedPageBreak/>
        <w:t>Članak</w:t>
      </w:r>
      <w:proofErr w:type="spellEnd"/>
      <w:r>
        <w:rPr>
          <w:b/>
        </w:rPr>
        <w:t xml:space="preserve"> 3.  </w:t>
      </w:r>
      <w:proofErr w:type="spellStart"/>
      <w:r>
        <w:rPr>
          <w:b/>
        </w:rPr>
        <w:t>Načela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financiranja</w:t>
      </w:r>
      <w:proofErr w:type="spellEnd"/>
    </w:p>
    <w:p w14:paraId="51901024" w14:textId="77777777" w:rsidR="00F8105C" w:rsidRDefault="00000000">
      <w:pPr>
        <w:ind w:left="227"/>
      </w:pPr>
      <w:proofErr w:type="spellStart"/>
      <w:r>
        <w:t>Financiranje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i </w:t>
      </w:r>
      <w:proofErr w:type="spellStart"/>
      <w:r>
        <w:t>transparentnosti</w:t>
      </w:r>
      <w:proofErr w:type="spellEnd"/>
      <w:r>
        <w:t xml:space="preserve">, </w:t>
      </w:r>
      <w:proofErr w:type="spellStart"/>
      <w:r>
        <w:t>jednakog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, </w:t>
      </w:r>
      <w:proofErr w:type="spellStart"/>
      <w:r>
        <w:t>objektivnosti</w:t>
      </w:r>
      <w:proofErr w:type="spellEnd"/>
      <w:r>
        <w:t xml:space="preserve"> i </w:t>
      </w:r>
      <w:proofErr w:type="spellStart"/>
      <w:r>
        <w:t>mjerljivosti</w:t>
      </w:r>
      <w:proofErr w:type="spellEnd"/>
      <w:r>
        <w:t xml:space="preserve"> </w:t>
      </w:r>
      <w:proofErr w:type="spellStart"/>
      <w:r>
        <w:t>kriterija</w:t>
      </w:r>
      <w:proofErr w:type="spellEnd"/>
      <w:r>
        <w:t xml:space="preserve">, </w:t>
      </w:r>
      <w:proofErr w:type="spellStart"/>
      <w:r>
        <w:t>učinkovitosti</w:t>
      </w:r>
      <w:proofErr w:type="spellEnd"/>
      <w:r>
        <w:t xml:space="preserve"> i </w:t>
      </w:r>
      <w:proofErr w:type="spellStart"/>
      <w:r>
        <w:t>ekonomičnosti</w:t>
      </w:r>
      <w:proofErr w:type="spellEnd"/>
      <w:r>
        <w:t xml:space="preserve">,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namjenskog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1EC81DE8" w14:textId="77777777" w:rsidR="00F8105C" w:rsidRDefault="00000000" w:rsidP="006C1088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4.  </w:t>
      </w:r>
      <w:proofErr w:type="spellStart"/>
      <w:r>
        <w:rPr>
          <w:b/>
        </w:rPr>
        <w:t>Davatelj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provoditelj</w:t>
      </w:r>
      <w:proofErr w:type="spellEnd"/>
    </w:p>
    <w:p w14:paraId="7E30052D" w14:textId="77777777" w:rsidR="00F8105C" w:rsidRDefault="00000000">
      <w:pPr>
        <w:ind w:left="227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korištenju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financiranje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>.</w:t>
      </w:r>
    </w:p>
    <w:p w14:paraId="13437C85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Grada Grubišnoga Polja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) </w:t>
      </w:r>
      <w:proofErr w:type="spellStart"/>
      <w:r>
        <w:t>predlaže</w:t>
      </w:r>
      <w:proofErr w:type="spellEnd"/>
      <w:r>
        <w:t xml:space="preserve"> i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 i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povjerene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1F0CC6D2" w14:textId="77777777" w:rsidR="00F8105C" w:rsidRDefault="00000000">
      <w:pPr>
        <w:ind w:left="227"/>
      </w:pPr>
      <w:r>
        <w:t xml:space="preserve">Grad,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i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i </w:t>
      </w:r>
      <w:proofErr w:type="spellStart"/>
      <w:r>
        <w:t>utrošak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48342B39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dodjele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Uredbom</w:t>
      </w:r>
      <w:proofErr w:type="spellEnd"/>
      <w:r>
        <w:t xml:space="preserve">,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, </w:t>
      </w:r>
      <w:proofErr w:type="spellStart"/>
      <w:r>
        <w:t>vlastitim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usklađeni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i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.</w:t>
      </w:r>
    </w:p>
    <w:p w14:paraId="146B07BF" w14:textId="77777777" w:rsidR="00F8105C" w:rsidRDefault="00000000">
      <w:pPr>
        <w:pStyle w:val="Naslov1"/>
      </w:pPr>
      <w:r>
        <w:t>II. KRITERIJI I MJERILA FINANCIRANJA</w:t>
      </w:r>
    </w:p>
    <w:p w14:paraId="6914DC49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5.  </w:t>
      </w:r>
      <w:proofErr w:type="spellStart"/>
      <w:r>
        <w:rPr>
          <w:b/>
        </w:rPr>
        <w:t>Kriteriji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financiranja</w:t>
      </w:r>
      <w:proofErr w:type="spellEnd"/>
    </w:p>
    <w:p w14:paraId="6053DBAC" w14:textId="77777777" w:rsidR="00F8105C" w:rsidRDefault="00000000">
      <w:pPr>
        <w:ind w:left="227"/>
      </w:pPr>
      <w:proofErr w:type="spellStart"/>
      <w:r>
        <w:t>Kriteriji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</w:t>
      </w:r>
      <w:proofErr w:type="spellStart"/>
      <w:r>
        <w:t>dijele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opće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prihvatljivosti</w:t>
      </w:r>
      <w:proofErr w:type="spellEnd"/>
      <w:r>
        <w:t xml:space="preserve"> i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kriterije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korisnika</w:t>
      </w:r>
      <w:proofErr w:type="spellEnd"/>
      <w:r>
        <w:t>.</w:t>
      </w:r>
    </w:p>
    <w:p w14:paraId="0C1F38B1" w14:textId="77777777" w:rsidR="00F8105C" w:rsidRDefault="00000000">
      <w:pPr>
        <w:ind w:left="227"/>
      </w:pPr>
      <w:proofErr w:type="spellStart"/>
      <w:r>
        <w:t>Opći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osobito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status </w:t>
      </w:r>
      <w:proofErr w:type="spellStart"/>
      <w:r>
        <w:t>podnositelja</w:t>
      </w:r>
      <w:proofErr w:type="spellEnd"/>
      <w:r>
        <w:t xml:space="preserve">, </w:t>
      </w:r>
      <w:proofErr w:type="spellStart"/>
      <w:r>
        <w:t>urednost</w:t>
      </w:r>
      <w:proofErr w:type="spellEnd"/>
      <w:r>
        <w:t xml:space="preserve">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, </w:t>
      </w:r>
      <w:proofErr w:type="spellStart"/>
      <w:r>
        <w:t>financijsko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,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, </w:t>
      </w:r>
      <w:proofErr w:type="spellStart"/>
      <w:r>
        <w:t>postojanje</w:t>
      </w:r>
      <w:proofErr w:type="spellEnd"/>
      <w:r>
        <w:t xml:space="preserve"> osoba </w:t>
      </w:r>
      <w:proofErr w:type="spellStart"/>
      <w:r>
        <w:t>ovlaštenih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,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i </w:t>
      </w:r>
      <w:proofErr w:type="spellStart"/>
      <w:r>
        <w:t>natječajnom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.</w:t>
      </w:r>
    </w:p>
    <w:p w14:paraId="24CEA4A9" w14:textId="77777777" w:rsidR="00F8105C" w:rsidRDefault="00000000">
      <w:pPr>
        <w:ind w:left="227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kriterije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kriteriji</w:t>
      </w:r>
      <w:proofErr w:type="spellEnd"/>
      <w:r>
        <w:t xml:space="preserve"> koji </w:t>
      </w:r>
      <w:proofErr w:type="spellStart"/>
      <w:r>
        <w:t>odražavaju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sporta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i dob </w:t>
      </w:r>
      <w:proofErr w:type="spellStart"/>
      <w:r>
        <w:t>sportaša</w:t>
      </w:r>
      <w:proofErr w:type="spellEnd"/>
      <w:r>
        <w:t xml:space="preserve">, </w:t>
      </w:r>
      <w:proofErr w:type="spellStart"/>
      <w:r>
        <w:t>razina</w:t>
      </w:r>
      <w:proofErr w:type="spellEnd"/>
      <w:r>
        <w:t xml:space="preserve"> </w:t>
      </w:r>
      <w:proofErr w:type="spellStart"/>
      <w:r>
        <w:t>natjecanja</w:t>
      </w:r>
      <w:proofErr w:type="spellEnd"/>
      <w:r>
        <w:t xml:space="preserve">, </w:t>
      </w:r>
      <w:proofErr w:type="spellStart"/>
      <w:r>
        <w:t>sportski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, </w:t>
      </w:r>
      <w:proofErr w:type="spellStart"/>
      <w:r>
        <w:t>stručni</w:t>
      </w:r>
      <w:proofErr w:type="spellEnd"/>
      <w:r>
        <w:t xml:space="preserve"> rad,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,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natjecanja</w:t>
      </w:r>
      <w:proofErr w:type="spellEnd"/>
      <w:r>
        <w:t xml:space="preserve"> 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mjerljivi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>.</w:t>
      </w:r>
    </w:p>
    <w:p w14:paraId="268FB060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6.  </w:t>
      </w:r>
      <w:proofErr w:type="spellStart"/>
      <w:r>
        <w:rPr>
          <w:b/>
        </w:rPr>
        <w:t>Detaljni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kriteriji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vrednovanja</w:t>
      </w:r>
      <w:proofErr w:type="spellEnd"/>
    </w:p>
    <w:p w14:paraId="716E2990" w14:textId="7F8FB909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detaljne</w:t>
      </w:r>
      <w:proofErr w:type="spellEnd"/>
      <w:r>
        <w:t xml:space="preserve"> </w:t>
      </w:r>
      <w:proofErr w:type="spellStart"/>
      <w:r>
        <w:t>kriterije</w:t>
      </w:r>
      <w:proofErr w:type="spellEnd"/>
      <w:r>
        <w:t xml:space="preserve"> i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Gradu</w:t>
      </w:r>
      <w:proofErr w:type="spellEnd"/>
      <w:r>
        <w:t xml:space="preserve"> </w:t>
      </w:r>
      <w:proofErr w:type="spellStart"/>
      <w:r w:rsidR="001467E3">
        <w:t>na</w:t>
      </w:r>
      <w:proofErr w:type="spellEnd"/>
      <w:r w:rsidR="001467E3">
        <w:t xml:space="preserve"> </w:t>
      </w:r>
      <w:proofErr w:type="spellStart"/>
      <w:r w:rsidR="001467E3">
        <w:t>prethodnu</w:t>
      </w:r>
      <w:proofErr w:type="spellEnd"/>
      <w:r w:rsidR="001467E3">
        <w:t xml:space="preserve"> </w:t>
      </w:r>
      <w:proofErr w:type="spellStart"/>
      <w:r w:rsidR="001467E3">
        <w:t>suglasnost</w:t>
      </w:r>
      <w:proofErr w:type="spellEnd"/>
      <w:r w:rsidR="001467E3">
        <w:t>.</w:t>
      </w:r>
    </w:p>
    <w:p w14:paraId="2A3D7F96" w14:textId="786CB5CC" w:rsidR="00F8105C" w:rsidRDefault="00000000">
      <w:pPr>
        <w:ind w:left="227"/>
      </w:pPr>
      <w:proofErr w:type="spellStart"/>
      <w:r>
        <w:t>Detaljni</w:t>
      </w:r>
      <w:proofErr w:type="spellEnd"/>
      <w:r>
        <w:t xml:space="preserve"> </w:t>
      </w:r>
      <w:proofErr w:type="spellStart"/>
      <w:r>
        <w:t>kriteriji</w:t>
      </w:r>
      <w:proofErr w:type="spellEnd"/>
      <w:r>
        <w:t xml:space="preserve"> </w:t>
      </w:r>
      <w:proofErr w:type="spellStart"/>
      <w:r w:rsidR="001467E3">
        <w:t>iz</w:t>
      </w:r>
      <w:proofErr w:type="spellEnd"/>
      <w:r w:rsidR="001467E3">
        <w:t xml:space="preserve"> </w:t>
      </w:r>
      <w:proofErr w:type="spellStart"/>
      <w:r w:rsidR="001467E3">
        <w:t>stavka</w:t>
      </w:r>
      <w:proofErr w:type="spellEnd"/>
      <w:r w:rsidR="001467E3">
        <w:t xml:space="preserve"> 1. </w:t>
      </w:r>
      <w:proofErr w:type="spellStart"/>
      <w:r w:rsidR="001467E3">
        <w:t>ovog</w:t>
      </w:r>
      <w:proofErr w:type="spellEnd"/>
      <w:r w:rsidR="001467E3">
        <w:t xml:space="preserve"> </w:t>
      </w:r>
      <w:proofErr w:type="spellStart"/>
      <w:r w:rsidR="001467E3">
        <w:t>članka</w:t>
      </w:r>
      <w:proofErr w:type="spellEnd"/>
      <w:r w:rsidR="001467E3">
        <w:t xml:space="preserve"> </w:t>
      </w:r>
      <w:proofErr w:type="spellStart"/>
      <w:r>
        <w:t>primjenjuju</w:t>
      </w:r>
      <w:proofErr w:type="spellEnd"/>
      <w:r>
        <w:t xml:space="preserve"> se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dodjele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.</w:t>
      </w:r>
    </w:p>
    <w:p w14:paraId="14546427" w14:textId="77777777" w:rsidR="00F8105C" w:rsidRDefault="00000000">
      <w:pPr>
        <w:ind w:left="227"/>
      </w:pPr>
      <w:proofErr w:type="spellStart"/>
      <w:r>
        <w:t>Kriteriji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poznati</w:t>
      </w:r>
      <w:proofErr w:type="spellEnd"/>
      <w:r>
        <w:t xml:space="preserve"> </w:t>
      </w:r>
      <w:proofErr w:type="spellStart"/>
      <w:r>
        <w:t>podnositeljima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i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primjenjivani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usporedive</w:t>
      </w:r>
      <w:proofErr w:type="spellEnd"/>
      <w:r>
        <w:t xml:space="preserve"> </w:t>
      </w:r>
      <w:proofErr w:type="spellStart"/>
      <w:r>
        <w:t>prijavitelje</w:t>
      </w:r>
      <w:proofErr w:type="spellEnd"/>
      <w:r>
        <w:t>.</w:t>
      </w:r>
    </w:p>
    <w:p w14:paraId="0492EAAA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7.  </w:t>
      </w:r>
      <w:proofErr w:type="spellStart"/>
      <w:r>
        <w:rPr>
          <w:b/>
        </w:rPr>
        <w:t>Raspodjela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sredstava</w:t>
      </w:r>
      <w:proofErr w:type="spellEnd"/>
    </w:p>
    <w:p w14:paraId="13411B9B" w14:textId="77777777" w:rsidR="00F8105C" w:rsidRDefault="00000000">
      <w:pPr>
        <w:ind w:left="227"/>
      </w:pP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financiranje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i </w:t>
      </w:r>
      <w:proofErr w:type="spellStart"/>
      <w:r>
        <w:t>proračunom</w:t>
      </w:r>
      <w:proofErr w:type="spellEnd"/>
      <w:r>
        <w:t xml:space="preserve"> Grada.</w:t>
      </w:r>
    </w:p>
    <w:p w14:paraId="43CCC45A" w14:textId="77777777" w:rsidR="00F8105C" w:rsidRDefault="00000000">
      <w:pPr>
        <w:ind w:left="227"/>
      </w:pPr>
      <w:r>
        <w:t xml:space="preserve">Kada se </w:t>
      </w:r>
      <w:proofErr w:type="spellStart"/>
      <w:r>
        <w:t>primjenjuje</w:t>
      </w:r>
      <w:proofErr w:type="spellEnd"/>
      <w:r>
        <w:t xml:space="preserve"> model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bodovima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skupine</w:t>
      </w:r>
      <w:proofErr w:type="spellEnd"/>
      <w:r>
        <w:t xml:space="preserve"> </w:t>
      </w:r>
      <w:proofErr w:type="spellStart"/>
      <w:r>
        <w:t>raspoređuju</w:t>
      </w:r>
      <w:proofErr w:type="spellEnd"/>
      <w:r>
        <w:t xml:space="preserve"> se </w:t>
      </w:r>
      <w:proofErr w:type="spellStart"/>
      <w:r>
        <w:t>razmjerno</w:t>
      </w:r>
      <w:proofErr w:type="spellEnd"/>
      <w:r>
        <w:t xml:space="preserve"> </w:t>
      </w:r>
      <w:proofErr w:type="spellStart"/>
      <w:r>
        <w:t>udjelu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prijavitelja</w:t>
      </w:r>
      <w:proofErr w:type="spellEnd"/>
      <w:r>
        <w:t xml:space="preserve"> u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prijavitelja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ostvarili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programskoj</w:t>
      </w:r>
      <w:proofErr w:type="spellEnd"/>
      <w:r>
        <w:t xml:space="preserve"> </w:t>
      </w:r>
      <w:proofErr w:type="spellStart"/>
      <w:r>
        <w:t>skupini</w:t>
      </w:r>
      <w:proofErr w:type="spellEnd"/>
      <w:r>
        <w:t>.</w:t>
      </w:r>
    </w:p>
    <w:p w14:paraId="21958FA2" w14:textId="77777777" w:rsidR="00F8105C" w:rsidRDefault="00000000">
      <w:pPr>
        <w:ind w:left="227"/>
      </w:pPr>
      <w:proofErr w:type="spellStart"/>
      <w:r>
        <w:t>Omjeri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skupina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detaljnim</w:t>
      </w:r>
      <w:proofErr w:type="spellEnd"/>
      <w:r>
        <w:t xml:space="preserve"> </w:t>
      </w:r>
      <w:proofErr w:type="spellStart"/>
      <w:r>
        <w:t>kriterijima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prioritetima</w:t>
      </w:r>
      <w:proofErr w:type="spellEnd"/>
      <w:r>
        <w:t xml:space="preserve"> Grada i </w:t>
      </w:r>
      <w:proofErr w:type="spellStart"/>
      <w:r>
        <w:t>raspoloživim</w:t>
      </w:r>
      <w:proofErr w:type="spellEnd"/>
      <w:r>
        <w:t xml:space="preserve"> </w:t>
      </w:r>
      <w:proofErr w:type="spellStart"/>
      <w:r>
        <w:t>proračunskim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>.</w:t>
      </w:r>
    </w:p>
    <w:p w14:paraId="01B3F2A7" w14:textId="77777777" w:rsidR="00F8105C" w:rsidRDefault="00000000">
      <w:pPr>
        <w:pStyle w:val="Naslov1"/>
      </w:pPr>
      <w:r>
        <w:lastRenderedPageBreak/>
        <w:t>III. IZRADA PROGRAMA JAVNIH POTREBA</w:t>
      </w:r>
    </w:p>
    <w:p w14:paraId="6F709801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8.  </w:t>
      </w:r>
      <w:proofErr w:type="spellStart"/>
      <w:r>
        <w:rPr>
          <w:b/>
        </w:rPr>
        <w:t>Prijedlog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Programa</w:t>
      </w:r>
      <w:proofErr w:type="spellEnd"/>
    </w:p>
    <w:p w14:paraId="4D844611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koji </w:t>
      </w:r>
      <w:proofErr w:type="spellStart"/>
      <w:r>
        <w:t>provodi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,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proračunskih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i </w:t>
      </w:r>
      <w:proofErr w:type="spellStart"/>
      <w:r>
        <w:t>prioriteta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6680D3B7" w14:textId="77777777" w:rsidR="00F8105C" w:rsidRDefault="00000000">
      <w:pPr>
        <w:ind w:left="227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mora </w:t>
      </w:r>
      <w:proofErr w:type="spellStart"/>
      <w:r>
        <w:t>sadržavati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i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ciljeve</w:t>
      </w:r>
      <w:proofErr w:type="spellEnd"/>
      <w:r>
        <w:t xml:space="preserve">, </w:t>
      </w:r>
      <w:proofErr w:type="spellStart"/>
      <w:r>
        <w:t>korisnike</w:t>
      </w:r>
      <w:proofErr w:type="spellEnd"/>
      <w:r>
        <w:t xml:space="preserve">,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očekivane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, </w:t>
      </w:r>
      <w:proofErr w:type="spellStart"/>
      <w:r>
        <w:t>pokazatelje</w:t>
      </w:r>
      <w:proofErr w:type="spellEnd"/>
      <w:r>
        <w:t xml:space="preserve">,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namjenama</w:t>
      </w:r>
      <w:proofErr w:type="spellEnd"/>
      <w:r>
        <w:t xml:space="preserve">,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i </w:t>
      </w:r>
      <w:proofErr w:type="spellStart"/>
      <w:r>
        <w:t>izvještavanja</w:t>
      </w:r>
      <w:proofErr w:type="spellEnd"/>
      <w:r>
        <w:t>.</w:t>
      </w:r>
    </w:p>
    <w:p w14:paraId="7746EFA4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9.  </w:t>
      </w:r>
      <w:proofErr w:type="spellStart"/>
      <w:r>
        <w:rPr>
          <w:b/>
        </w:rPr>
        <w:t>Rokovi</w:t>
      </w:r>
      <w:proofErr w:type="spellEnd"/>
    </w:p>
    <w:p w14:paraId="77645073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, u </w:t>
      </w:r>
      <w:proofErr w:type="spellStart"/>
      <w:r>
        <w:t>pravilu</w:t>
      </w:r>
      <w:proofErr w:type="spellEnd"/>
      <w:r>
        <w:t xml:space="preserve">, do 30. </w:t>
      </w:r>
      <w:proofErr w:type="spellStart"/>
      <w:r>
        <w:t>rujna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za </w:t>
      </w:r>
      <w:proofErr w:type="spellStart"/>
      <w:r>
        <w:t>programe</w:t>
      </w:r>
      <w:proofErr w:type="spellEnd"/>
      <w:r>
        <w:t xml:space="preserve"> koji se </w:t>
      </w:r>
      <w:proofErr w:type="spellStart"/>
      <w:r>
        <w:t>financiraju</w:t>
      </w:r>
      <w:proofErr w:type="spellEnd"/>
      <w:r>
        <w:t xml:space="preserve"> u </w:t>
      </w:r>
      <w:proofErr w:type="spellStart"/>
      <w:r>
        <w:t>sljedećoj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5E6F3EF1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Gradu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studenoga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sljedeću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pravodobno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proračuna</w:t>
      </w:r>
      <w:proofErr w:type="spellEnd"/>
      <w:r>
        <w:t>.</w:t>
      </w:r>
    </w:p>
    <w:p w14:paraId="6CCE846E" w14:textId="77777777" w:rsidR="00F8105C" w:rsidRDefault="00000000">
      <w:pPr>
        <w:ind w:left="227"/>
      </w:pPr>
      <w:r>
        <w:t xml:space="preserve">Ako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Grad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49BB6AD8" w14:textId="77777777" w:rsidR="00F8105C" w:rsidRDefault="00000000">
      <w:pPr>
        <w:pStyle w:val="Naslov1"/>
      </w:pPr>
      <w:r>
        <w:t>IV. JAVNI NATJEČAJ I POSTUPAK DODJELE</w:t>
      </w:r>
    </w:p>
    <w:p w14:paraId="35FEB61D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10.  </w:t>
      </w:r>
      <w:proofErr w:type="spellStart"/>
      <w:r>
        <w:rPr>
          <w:b/>
        </w:rPr>
        <w:t>Objava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natječaja</w:t>
      </w:r>
      <w:proofErr w:type="spellEnd"/>
    </w:p>
    <w:p w14:paraId="079D419E" w14:textId="77777777" w:rsidR="00F8105C" w:rsidRDefault="00000000">
      <w:pPr>
        <w:ind w:left="227"/>
      </w:pPr>
      <w:proofErr w:type="spellStart"/>
      <w:r>
        <w:t>Financiranje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dodjele</w:t>
      </w:r>
      <w:proofErr w:type="spellEnd"/>
      <w:r>
        <w:t xml:space="preserve"> </w:t>
      </w:r>
      <w:proofErr w:type="spellStart"/>
      <w:r>
        <w:t>dopušten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.</w:t>
      </w:r>
    </w:p>
    <w:p w14:paraId="36EAFE06" w14:textId="77777777" w:rsidR="00F8105C" w:rsidRDefault="00000000">
      <w:pPr>
        <w:ind w:left="227"/>
      </w:pPr>
      <w:proofErr w:type="spellStart"/>
      <w:r>
        <w:t>Natječaj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sadržava</w:t>
      </w:r>
      <w:proofErr w:type="spellEnd"/>
      <w:r>
        <w:t xml:space="preserve">: </w:t>
      </w:r>
      <w:proofErr w:type="spellStart"/>
      <w:r>
        <w:t>prihvatljive</w:t>
      </w:r>
      <w:proofErr w:type="spellEnd"/>
      <w:r>
        <w:t xml:space="preserve"> </w:t>
      </w:r>
      <w:proofErr w:type="spellStart"/>
      <w:r>
        <w:t>prijavitelje</w:t>
      </w:r>
      <w:proofErr w:type="spellEnd"/>
      <w:r>
        <w:t xml:space="preserve">, </w:t>
      </w:r>
      <w:proofErr w:type="spellStart"/>
      <w:r>
        <w:t>prioritetna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najniži</w:t>
      </w:r>
      <w:proofErr w:type="spellEnd"/>
      <w:r>
        <w:t xml:space="preserve"> i </w:t>
      </w:r>
      <w:proofErr w:type="spellStart"/>
      <w:r>
        <w:t>najviši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,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, </w:t>
      </w:r>
      <w:proofErr w:type="spellStart"/>
      <w:r>
        <w:t>prihvatljive</w:t>
      </w:r>
      <w:proofErr w:type="spellEnd"/>
      <w:r>
        <w:t xml:space="preserve"> i </w:t>
      </w:r>
      <w:proofErr w:type="spellStart"/>
      <w:r>
        <w:t>neprihvatljive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kriterije</w:t>
      </w:r>
      <w:proofErr w:type="spellEnd"/>
      <w:r>
        <w:t xml:space="preserve"> 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,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, </w:t>
      </w:r>
      <w:proofErr w:type="spellStart"/>
      <w:r>
        <w:t>ugovaranje</w:t>
      </w:r>
      <w:proofErr w:type="spellEnd"/>
      <w:r>
        <w:t xml:space="preserve"> i </w:t>
      </w:r>
      <w:proofErr w:type="spellStart"/>
      <w:r>
        <w:t>izvještavanje</w:t>
      </w:r>
      <w:proofErr w:type="spellEnd"/>
      <w:r>
        <w:t>.</w:t>
      </w:r>
    </w:p>
    <w:p w14:paraId="70200BC9" w14:textId="77777777" w:rsidR="00F8105C" w:rsidRDefault="00000000">
      <w:pPr>
        <w:ind w:left="227"/>
      </w:pPr>
      <w:r>
        <w:t xml:space="preserve">Rok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30 dana od dana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.</w:t>
      </w:r>
    </w:p>
    <w:p w14:paraId="18711588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11.  </w:t>
      </w:r>
      <w:proofErr w:type="spellStart"/>
      <w:r>
        <w:rPr>
          <w:b/>
        </w:rPr>
        <w:t>Povjerenstvo</w:t>
      </w:r>
      <w:proofErr w:type="spellEnd"/>
    </w:p>
    <w:p w14:paraId="4553D175" w14:textId="77777777" w:rsidR="00F8105C" w:rsidRDefault="00000000">
      <w:pPr>
        <w:ind w:left="227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i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povjerenstvo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i </w:t>
      </w:r>
      <w:proofErr w:type="spellStart"/>
      <w:r>
        <w:t>natječajnoj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>.</w:t>
      </w:r>
    </w:p>
    <w:p w14:paraId="3B97412F" w14:textId="77777777" w:rsidR="00F8105C" w:rsidRDefault="00000000">
      <w:pPr>
        <w:ind w:left="227"/>
      </w:pPr>
      <w:r>
        <w:t xml:space="preserve">Kada se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osiguravaju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Grada, </w:t>
      </w:r>
      <w:proofErr w:type="spellStart"/>
      <w:r>
        <w:t>preporučuje</w:t>
      </w:r>
      <w:proofErr w:type="spellEnd"/>
      <w:r>
        <w:t xml:space="preserve"> se da u </w:t>
      </w:r>
      <w:proofErr w:type="spellStart"/>
      <w:r>
        <w:t>povjerenstvu</w:t>
      </w:r>
      <w:proofErr w:type="spellEnd"/>
      <w:r>
        <w:t xml:space="preserve"> </w:t>
      </w:r>
      <w:proofErr w:type="spellStart"/>
      <w:r>
        <w:t>sudjeluje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Grada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članicu</w:t>
      </w:r>
      <w:proofErr w:type="spellEnd"/>
      <w:r>
        <w:t xml:space="preserve"> s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povezan</w:t>
      </w:r>
      <w:proofErr w:type="spellEnd"/>
      <w:r>
        <w:t>.</w:t>
      </w:r>
    </w:p>
    <w:p w14:paraId="34AC6D16" w14:textId="77777777" w:rsidR="00F8105C" w:rsidRDefault="00000000">
      <w:pPr>
        <w:ind w:left="227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rada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nepristranosti</w:t>
      </w:r>
      <w:proofErr w:type="spellEnd"/>
      <w:r>
        <w:t xml:space="preserve"> i </w:t>
      </w:r>
      <w:proofErr w:type="spellStart"/>
      <w:r>
        <w:t>povjerljivosti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izjavljuju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nepostojanje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55E1A3A2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12.  </w:t>
      </w:r>
      <w:proofErr w:type="spellStart"/>
      <w:r>
        <w:rPr>
          <w:b/>
        </w:rPr>
        <w:t>Administrativna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provjera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vrednovanje</w:t>
      </w:r>
      <w:proofErr w:type="spellEnd"/>
    </w:p>
    <w:p w14:paraId="4C4F51FF" w14:textId="77777777" w:rsidR="00F8105C" w:rsidRDefault="00000000">
      <w:pPr>
        <w:ind w:left="227"/>
      </w:pPr>
      <w:proofErr w:type="spellStart"/>
      <w:r>
        <w:t>Administrativnom</w:t>
      </w:r>
      <w:proofErr w:type="spellEnd"/>
      <w:r>
        <w:t xml:space="preserve"> </w:t>
      </w:r>
      <w:proofErr w:type="spellStart"/>
      <w:r>
        <w:t>provjerom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pravodobnost</w:t>
      </w:r>
      <w:proofErr w:type="spellEnd"/>
      <w:r>
        <w:t xml:space="preserve">, </w:t>
      </w:r>
      <w:proofErr w:type="spellStart"/>
      <w:r>
        <w:t>potpunost</w:t>
      </w:r>
      <w:proofErr w:type="spellEnd"/>
      <w:r>
        <w:t xml:space="preserve"> i </w:t>
      </w:r>
      <w:proofErr w:type="spellStart"/>
      <w:r>
        <w:t>prihvatljivost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.</w:t>
      </w:r>
    </w:p>
    <w:p w14:paraId="1A097CCE" w14:textId="77777777" w:rsidR="00F8105C" w:rsidRDefault="00000000">
      <w:pPr>
        <w:ind w:left="227"/>
      </w:pPr>
      <w:proofErr w:type="spellStart"/>
      <w:r>
        <w:t>Prijave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ocjenjuju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kriterijima</w:t>
      </w:r>
      <w:proofErr w:type="spellEnd"/>
      <w:r>
        <w:t xml:space="preserve">. </w:t>
      </w:r>
      <w:proofErr w:type="spellStart"/>
      <w:r>
        <w:t>Sportski</w:t>
      </w:r>
      <w:proofErr w:type="spellEnd"/>
      <w:r>
        <w:t xml:space="preserve"> </w:t>
      </w:r>
      <w:proofErr w:type="spellStart"/>
      <w:r>
        <w:t>kriteriji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detaljniji</w:t>
      </w:r>
      <w:proofErr w:type="spellEnd"/>
      <w:r>
        <w:t xml:space="preserve"> od </w:t>
      </w:r>
      <w:proofErr w:type="spellStart"/>
      <w:r>
        <w:t>kriterija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natječaju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uvedeni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>.</w:t>
      </w:r>
    </w:p>
    <w:p w14:paraId="7905A427" w14:textId="77777777" w:rsidR="00F8105C" w:rsidRDefault="00000000">
      <w:pPr>
        <w:ind w:left="227"/>
      </w:pPr>
      <w:r>
        <w:t xml:space="preserve">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koraku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se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i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trag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>.</w:t>
      </w:r>
    </w:p>
    <w:p w14:paraId="68776AA5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lastRenderedPageBreak/>
        <w:t>Članak</w:t>
      </w:r>
      <w:proofErr w:type="spellEnd"/>
      <w:r>
        <w:rPr>
          <w:b/>
        </w:rPr>
        <w:t xml:space="preserve"> 13.  </w:t>
      </w:r>
      <w:proofErr w:type="spellStart"/>
      <w:r>
        <w:rPr>
          <w:b/>
        </w:rPr>
        <w:t>Odluka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ugovaranje</w:t>
      </w:r>
      <w:proofErr w:type="spellEnd"/>
    </w:p>
    <w:p w14:paraId="48432D28" w14:textId="77777777" w:rsidR="00F8105C" w:rsidRDefault="00000000">
      <w:pPr>
        <w:ind w:left="227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Gradu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rangiranja</w:t>
      </w:r>
      <w:proofErr w:type="spellEnd"/>
      <w:r>
        <w:t xml:space="preserve"> i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i </w:t>
      </w:r>
      <w:proofErr w:type="spellStart"/>
      <w:r>
        <w:t>natječajem</w:t>
      </w:r>
      <w:proofErr w:type="spellEnd"/>
      <w:r>
        <w:t>.</w:t>
      </w:r>
    </w:p>
    <w:p w14:paraId="542842FA" w14:textId="77777777" w:rsidR="00F8105C" w:rsidRDefault="00000000">
      <w:pPr>
        <w:ind w:left="227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usvojenog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i </w:t>
      </w:r>
      <w:proofErr w:type="spellStart"/>
      <w:r>
        <w:t>ovlaštenja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i </w:t>
      </w:r>
      <w:proofErr w:type="spellStart"/>
      <w:r>
        <w:t>općih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korisnikom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279E5CCB" w14:textId="77777777" w:rsidR="00F8105C" w:rsidRDefault="00000000">
      <w:pPr>
        <w:ind w:left="227"/>
      </w:pPr>
      <w:proofErr w:type="spellStart"/>
      <w:r>
        <w:t>Ugovorom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i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,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, </w:t>
      </w:r>
      <w:proofErr w:type="spellStart"/>
      <w:r>
        <w:t>prihvatljivi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,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,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izvještavanja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povrat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nenamjenskog</w:t>
      </w:r>
      <w:proofErr w:type="spellEnd"/>
      <w:r>
        <w:t xml:space="preserve"> </w:t>
      </w:r>
      <w:proofErr w:type="spellStart"/>
      <w:r>
        <w:t>trošenja</w:t>
      </w:r>
      <w:proofErr w:type="spellEnd"/>
      <w:r>
        <w:t xml:space="preserve"> i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i </w:t>
      </w:r>
      <w:proofErr w:type="spellStart"/>
      <w:r>
        <w:t>obveze</w:t>
      </w:r>
      <w:proofErr w:type="spellEnd"/>
      <w:r>
        <w:t>.</w:t>
      </w:r>
    </w:p>
    <w:p w14:paraId="015AA7C6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14.  </w:t>
      </w:r>
      <w:proofErr w:type="spellStart"/>
      <w:r>
        <w:rPr>
          <w:b/>
        </w:rPr>
        <w:t>Prigovor</w:t>
      </w:r>
      <w:proofErr w:type="spellEnd"/>
    </w:p>
    <w:p w14:paraId="0DE30A1C" w14:textId="77777777" w:rsidR="00F8105C" w:rsidRDefault="00000000">
      <w:pPr>
        <w:ind w:left="227"/>
      </w:pPr>
      <w:proofErr w:type="spellStart"/>
      <w:r>
        <w:t>Podnositeljima</w:t>
      </w:r>
      <w:proofErr w:type="spellEnd"/>
      <w:r>
        <w:t xml:space="preserve"> se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Uredbom</w:t>
      </w:r>
      <w:proofErr w:type="spellEnd"/>
      <w:r>
        <w:t xml:space="preserve">,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i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.</w:t>
      </w:r>
    </w:p>
    <w:p w14:paraId="5A0789F8" w14:textId="77777777" w:rsidR="00F8105C" w:rsidRDefault="00000000">
      <w:pPr>
        <w:ind w:left="227"/>
      </w:pPr>
      <w:proofErr w:type="spellStart"/>
      <w:r>
        <w:t>Prigovor</w:t>
      </w:r>
      <w:proofErr w:type="spellEnd"/>
      <w:r>
        <w:t xml:space="preserve"> ne </w:t>
      </w:r>
      <w:proofErr w:type="spellStart"/>
      <w:r>
        <w:t>odgađa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natječajem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općim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E44E477" w14:textId="77777777" w:rsidR="00F8105C" w:rsidRDefault="00000000">
      <w:pPr>
        <w:ind w:left="227"/>
      </w:pPr>
      <w:r>
        <w:t xml:space="preserve">O </w:t>
      </w:r>
      <w:proofErr w:type="spellStart"/>
      <w:r>
        <w:t>prigovorima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natječajem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sudjelovalo</w:t>
      </w:r>
      <w:proofErr w:type="spellEnd"/>
      <w:r>
        <w:t xml:space="preserve"> u </w:t>
      </w:r>
      <w:proofErr w:type="spellStart"/>
      <w:r>
        <w:t>prvostupanjskom</w:t>
      </w:r>
      <w:proofErr w:type="spellEnd"/>
      <w:r>
        <w:t xml:space="preserve">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.</w:t>
      </w:r>
    </w:p>
    <w:p w14:paraId="63FDAB01" w14:textId="77777777" w:rsidR="00F8105C" w:rsidRDefault="00000000">
      <w:pPr>
        <w:pStyle w:val="Naslov1"/>
      </w:pPr>
      <w:r>
        <w:t>V. IZVRŠAVANJE, PRAĆENJE I IZVJEŠTAVANJE</w:t>
      </w:r>
    </w:p>
    <w:p w14:paraId="15963648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15.  </w:t>
      </w:r>
      <w:proofErr w:type="spellStart"/>
      <w:r>
        <w:rPr>
          <w:b/>
        </w:rPr>
        <w:t>Ugovor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između</w:t>
      </w:r>
      <w:proofErr w:type="spellEnd"/>
      <w:r>
        <w:rPr>
          <w:b/>
        </w:rPr>
        <w:t xml:space="preserve"> Grada i </w:t>
      </w:r>
      <w:proofErr w:type="spellStart"/>
      <w:r>
        <w:rPr>
          <w:b/>
        </w:rPr>
        <w:t>Sportske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zajednice</w:t>
      </w:r>
      <w:proofErr w:type="spellEnd"/>
    </w:p>
    <w:p w14:paraId="3EAD37BB" w14:textId="77777777" w:rsidR="00F8105C" w:rsidRDefault="00000000">
      <w:pPr>
        <w:ind w:left="227"/>
      </w:pP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sportu</w:t>
      </w:r>
      <w:proofErr w:type="spellEnd"/>
      <w:r>
        <w:t xml:space="preserve"> Grad i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sklapaju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financiranju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>.</w:t>
      </w:r>
    </w:p>
    <w:p w14:paraId="163FD707" w14:textId="77777777" w:rsidR="00F8105C" w:rsidRDefault="00000000">
      <w:pPr>
        <w:ind w:left="227"/>
      </w:pPr>
      <w:proofErr w:type="spellStart"/>
      <w:r>
        <w:t>Ugovorom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i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doznačivanja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namjene</w:t>
      </w:r>
      <w:proofErr w:type="spellEnd"/>
      <w:r>
        <w:t xml:space="preserve">, </w:t>
      </w:r>
      <w:proofErr w:type="spellStart"/>
      <w:r>
        <w:t>obveze</w:t>
      </w:r>
      <w:proofErr w:type="spellEnd"/>
      <w:r>
        <w:t xml:space="preserve"> </w:t>
      </w:r>
      <w:proofErr w:type="spellStart"/>
      <w:r>
        <w:t>izvještavanja</w:t>
      </w:r>
      <w:proofErr w:type="spellEnd"/>
      <w:r>
        <w:t xml:space="preserve">,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i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važna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2A28F612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16.  </w:t>
      </w:r>
      <w:proofErr w:type="spellStart"/>
      <w:r>
        <w:rPr>
          <w:b/>
        </w:rPr>
        <w:t>Ugovori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krajnjim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korisnicima</w:t>
      </w:r>
      <w:proofErr w:type="spellEnd"/>
    </w:p>
    <w:p w14:paraId="0074D1CE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s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financiranju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i/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>.</w:t>
      </w:r>
    </w:p>
    <w:p w14:paraId="1CA18755" w14:textId="77777777" w:rsidR="00F8105C" w:rsidRDefault="00000000">
      <w:pPr>
        <w:ind w:left="227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,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i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namjenskog</w:t>
      </w:r>
      <w:proofErr w:type="spellEnd"/>
      <w:r>
        <w:t xml:space="preserve"> </w:t>
      </w:r>
      <w:proofErr w:type="spellStart"/>
      <w:r>
        <w:t>utroška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7BD183E5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17.  </w:t>
      </w:r>
      <w:proofErr w:type="spellStart"/>
      <w:r>
        <w:rPr>
          <w:b/>
        </w:rPr>
        <w:t>Izvještavanje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nadzor</w:t>
      </w:r>
      <w:proofErr w:type="spellEnd"/>
    </w:p>
    <w:p w14:paraId="2FBDE07D" w14:textId="77777777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Gradu</w:t>
      </w:r>
      <w:proofErr w:type="spellEnd"/>
      <w:r>
        <w:t xml:space="preserve">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provodi</w:t>
      </w:r>
      <w:proofErr w:type="spellEnd"/>
      <w:r>
        <w:t xml:space="preserve">,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utvrđenima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i </w:t>
      </w:r>
      <w:proofErr w:type="spellStart"/>
      <w:r>
        <w:t>propisima</w:t>
      </w:r>
      <w:proofErr w:type="spellEnd"/>
      <w:r>
        <w:t>.</w:t>
      </w:r>
    </w:p>
    <w:p w14:paraId="2259FA0C" w14:textId="77777777" w:rsidR="00F8105C" w:rsidRDefault="00000000">
      <w:pPr>
        <w:ind w:left="227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Sportskoj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programsko</w:t>
      </w:r>
      <w:proofErr w:type="spellEnd"/>
      <w:r>
        <w:t xml:space="preserve"> i </w:t>
      </w:r>
      <w:proofErr w:type="spellStart"/>
      <w:r>
        <w:t>financijsko</w:t>
      </w:r>
      <w:proofErr w:type="spellEnd"/>
      <w:r>
        <w:t xml:space="preserve"> </w:t>
      </w:r>
      <w:proofErr w:type="spellStart"/>
      <w:r>
        <w:t>izvješće</w:t>
      </w:r>
      <w:proofErr w:type="spellEnd"/>
      <w:r>
        <w:t xml:space="preserve"> s </w:t>
      </w:r>
      <w:proofErr w:type="spellStart"/>
      <w:r>
        <w:t>dokazima</w:t>
      </w:r>
      <w:proofErr w:type="spellEnd"/>
      <w:r>
        <w:t xml:space="preserve"> o </w:t>
      </w:r>
      <w:proofErr w:type="spellStart"/>
      <w:r>
        <w:t>nastanku</w:t>
      </w:r>
      <w:proofErr w:type="spellEnd"/>
      <w:r>
        <w:t xml:space="preserve"> i </w:t>
      </w:r>
      <w:proofErr w:type="spellStart"/>
      <w:r>
        <w:t>plaćanju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i </w:t>
      </w:r>
      <w:proofErr w:type="spellStart"/>
      <w:r>
        <w:t>natječajnom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.</w:t>
      </w:r>
    </w:p>
    <w:p w14:paraId="70DA61A4" w14:textId="77777777" w:rsidR="00F8105C" w:rsidRDefault="00000000">
      <w:pPr>
        <w:ind w:left="227"/>
      </w:pPr>
      <w:r>
        <w:t xml:space="preserve">Grad i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provoditi</w:t>
      </w:r>
      <w:proofErr w:type="spellEnd"/>
      <w:r>
        <w:t xml:space="preserve"> </w:t>
      </w:r>
      <w:proofErr w:type="spellStart"/>
      <w:r>
        <w:t>administrativnu</w:t>
      </w:r>
      <w:proofErr w:type="spellEnd"/>
      <w:r>
        <w:t xml:space="preserve"> i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daljnje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i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povrat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ugovorom</w:t>
      </w:r>
      <w:proofErr w:type="spellEnd"/>
      <w:r>
        <w:t xml:space="preserve"> i </w:t>
      </w:r>
      <w:proofErr w:type="spellStart"/>
      <w:r>
        <w:t>propisima</w:t>
      </w:r>
      <w:proofErr w:type="spellEnd"/>
      <w:r>
        <w:t>.</w:t>
      </w:r>
    </w:p>
    <w:p w14:paraId="04E0D521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18.  </w:t>
      </w:r>
      <w:proofErr w:type="spellStart"/>
      <w:r>
        <w:rPr>
          <w:b/>
        </w:rPr>
        <w:t>Neprihvatljivost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povrat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sredstava</w:t>
      </w:r>
      <w:proofErr w:type="spellEnd"/>
    </w:p>
    <w:p w14:paraId="405D12E7" w14:textId="77777777" w:rsidR="00F8105C" w:rsidRDefault="00000000">
      <w:pPr>
        <w:ind w:left="227"/>
      </w:pPr>
      <w:proofErr w:type="spellStart"/>
      <w:r>
        <w:t>Sredstva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povrat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koristio</w:t>
      </w:r>
      <w:proofErr w:type="spellEnd"/>
      <w:r>
        <w:t xml:space="preserve"> </w:t>
      </w:r>
      <w:proofErr w:type="spellStart"/>
      <w:r>
        <w:t>namjenski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financiranje</w:t>
      </w:r>
      <w:proofErr w:type="spellEnd"/>
      <w:r>
        <w:t>.</w:t>
      </w:r>
    </w:p>
    <w:p w14:paraId="4DAAFF6F" w14:textId="77777777" w:rsidR="00F8105C" w:rsidRDefault="00000000">
      <w:pPr>
        <w:ind w:left="227"/>
      </w:pPr>
      <w:proofErr w:type="spellStart"/>
      <w:r>
        <w:t>Povrat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općih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Uredbe</w:t>
      </w:r>
      <w:proofErr w:type="spellEnd"/>
      <w:r>
        <w:t xml:space="preserve"> i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mjerodavnih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34162529" w14:textId="77777777" w:rsidR="00F8105C" w:rsidRDefault="00000000">
      <w:pPr>
        <w:pStyle w:val="Naslov1"/>
      </w:pPr>
      <w:r>
        <w:lastRenderedPageBreak/>
        <w:t>VI. PRIJELAZNE I ZAVRŠNE ODREDBE</w:t>
      </w:r>
    </w:p>
    <w:p w14:paraId="509C5595" w14:textId="77777777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19.  </w:t>
      </w:r>
      <w:proofErr w:type="spellStart"/>
      <w:r>
        <w:rPr>
          <w:b/>
        </w:rPr>
        <w:t>Usklađivanje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kriterija</w:t>
      </w:r>
      <w:proofErr w:type="spellEnd"/>
    </w:p>
    <w:p w14:paraId="188C1E1B" w14:textId="472BD961" w:rsidR="00F8105C" w:rsidRDefault="00000000">
      <w:pPr>
        <w:ind w:left="227"/>
      </w:pP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uskladit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kriterije</w:t>
      </w:r>
      <w:proofErr w:type="spellEnd"/>
      <w:r>
        <w:t xml:space="preserve"> za </w:t>
      </w:r>
      <w:proofErr w:type="spellStart"/>
      <w:r>
        <w:t>vrednovanje</w:t>
      </w:r>
      <w:proofErr w:type="spellEnd"/>
      <w:r>
        <w:t xml:space="preserve"> i </w:t>
      </w:r>
      <w:proofErr w:type="spellStart"/>
      <w:r>
        <w:t>financiranje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 w:rsidR="001467E3">
        <w:t>.</w:t>
      </w:r>
    </w:p>
    <w:p w14:paraId="2E0095CC" w14:textId="77777777" w:rsidR="001467E3" w:rsidRDefault="001467E3" w:rsidP="001467E3">
      <w:pPr>
        <w:keepNext/>
        <w:jc w:val="center"/>
        <w:rPr>
          <w:b/>
        </w:rPr>
      </w:pPr>
    </w:p>
    <w:p w14:paraId="0970F383" w14:textId="783F432A" w:rsidR="00F8105C" w:rsidRDefault="00000000" w:rsidP="001467E3">
      <w:pPr>
        <w:keepNext/>
        <w:jc w:val="center"/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20.  </w:t>
      </w:r>
      <w:proofErr w:type="spellStart"/>
      <w:r>
        <w:rPr>
          <w:b/>
        </w:rPr>
        <w:t>Stupanje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snagu</w:t>
      </w:r>
      <w:proofErr w:type="spellEnd"/>
    </w:p>
    <w:p w14:paraId="4D3A8F67" w14:textId="77777777" w:rsidR="00F8105C" w:rsidRDefault="00000000">
      <w:pPr>
        <w:ind w:left="227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osmoga</w:t>
      </w:r>
      <w:proofErr w:type="spellEnd"/>
      <w:r>
        <w:t xml:space="preserve"> dana od dana </w:t>
      </w:r>
      <w:proofErr w:type="spellStart"/>
      <w:r>
        <w:t>objave</w:t>
      </w:r>
      <w:proofErr w:type="spellEnd"/>
      <w:r>
        <w:t xml:space="preserve"> u „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Grada Grubišnoga Polja“.</w:t>
      </w:r>
    </w:p>
    <w:p w14:paraId="5A9C3FB4" w14:textId="77777777" w:rsidR="00F8105C" w:rsidRDefault="00000000">
      <w:r>
        <w:br w:type="page"/>
      </w:r>
    </w:p>
    <w:p w14:paraId="3744BBB3" w14:textId="77777777" w:rsidR="00F8105C" w:rsidRDefault="00000000">
      <w:pPr>
        <w:pStyle w:val="Naslov1"/>
      </w:pPr>
      <w:r>
        <w:lastRenderedPageBreak/>
        <w:t>OBRAZLOŽENJE PRIJEDLOGA</w:t>
      </w:r>
    </w:p>
    <w:p w14:paraId="62E19DAA" w14:textId="7C0E9616" w:rsidR="00F8105C" w:rsidRDefault="00000000">
      <w:proofErr w:type="spellStart"/>
      <w:r>
        <w:t>Ovaj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podjelu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Grada i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Grad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općim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, </w:t>
      </w:r>
      <w:proofErr w:type="spellStart"/>
      <w:r>
        <w:t>mjerila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i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i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detaljnu</w:t>
      </w:r>
      <w:proofErr w:type="spellEnd"/>
      <w:r>
        <w:t xml:space="preserve"> </w:t>
      </w:r>
      <w:proofErr w:type="spellStart"/>
      <w:r>
        <w:t>sportsku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bodovanja</w:t>
      </w:r>
      <w:proofErr w:type="spellEnd"/>
      <w:r>
        <w:t xml:space="preserve">.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75. </w:t>
      </w:r>
      <w:proofErr w:type="spellStart"/>
      <w:r>
        <w:t>stavku</w:t>
      </w:r>
      <w:proofErr w:type="spellEnd"/>
      <w:r>
        <w:t xml:space="preserve"> 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sportu</w:t>
      </w:r>
      <w:proofErr w:type="spellEnd"/>
      <w:r w:rsidR="001467E3">
        <w:t xml:space="preserve">. </w:t>
      </w:r>
      <w:proofErr w:type="spellStart"/>
      <w:r>
        <w:t>Sportska</w:t>
      </w:r>
      <w:proofErr w:type="spellEnd"/>
      <w:r>
        <w:t xml:space="preserve"> </w:t>
      </w:r>
      <w:r w:rsidR="001467E3">
        <w:t xml:space="preserve">Zajednica </w:t>
      </w:r>
      <w:proofErr w:type="spellStart"/>
      <w:r w:rsidR="001467E3">
        <w:t>će</w:t>
      </w:r>
      <w:proofErr w:type="spellEnd"/>
      <w:r w:rsidR="001467E3">
        <w:t xml:space="preserve"> </w:t>
      </w:r>
      <w:proofErr w:type="spellStart"/>
      <w:r w:rsidR="001467E3">
        <w:t>tako</w:t>
      </w:r>
      <w:proofErr w:type="spellEnd"/>
      <w:r>
        <w:t xml:space="preserve"> </w:t>
      </w:r>
      <w:proofErr w:type="spellStart"/>
      <w:r>
        <w:t>provodi</w:t>
      </w:r>
      <w:r w:rsidR="001467E3">
        <w:t>ti</w:t>
      </w:r>
      <w:proofErr w:type="spellEnd"/>
      <w:r>
        <w:t xml:space="preserve"> </w:t>
      </w:r>
      <w:proofErr w:type="spellStart"/>
      <w:r>
        <w:t>rangiranje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zasebnim</w:t>
      </w:r>
      <w:proofErr w:type="spellEnd"/>
      <w:r>
        <w:t xml:space="preserve">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bodovanja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raspis</w:t>
      </w:r>
      <w:r w:rsidR="001467E3">
        <w:t>ivati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s </w:t>
      </w:r>
      <w:proofErr w:type="spellStart"/>
      <w:r>
        <w:t>Uredbom</w:t>
      </w:r>
      <w:proofErr w:type="spellEnd"/>
      <w:r>
        <w:t xml:space="preserve"> i </w:t>
      </w:r>
      <w:proofErr w:type="spellStart"/>
      <w:r>
        <w:t>gradskim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sectPr w:rsidR="00F8105C" w:rsidSect="00034616">
      <w:headerReference w:type="default" r:id="rId9"/>
      <w:pgSz w:w="12240" w:h="15840"/>
      <w:pgMar w:top="1191" w:right="1134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731EC" w14:textId="77777777" w:rsidR="000F6A47" w:rsidRDefault="000F6A47">
      <w:pPr>
        <w:spacing w:after="0" w:line="240" w:lineRule="auto"/>
      </w:pPr>
      <w:r>
        <w:separator/>
      </w:r>
    </w:p>
  </w:endnote>
  <w:endnote w:type="continuationSeparator" w:id="0">
    <w:p w14:paraId="608228CE" w14:textId="77777777" w:rsidR="000F6A47" w:rsidRDefault="000F6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DCF98" w14:textId="77777777" w:rsidR="000F6A47" w:rsidRDefault="000F6A47">
      <w:pPr>
        <w:spacing w:after="0" w:line="240" w:lineRule="auto"/>
      </w:pPr>
      <w:r>
        <w:separator/>
      </w:r>
    </w:p>
  </w:footnote>
  <w:footnote w:type="continuationSeparator" w:id="0">
    <w:p w14:paraId="6FC10491" w14:textId="77777777" w:rsidR="000F6A47" w:rsidRDefault="000F6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C4CE" w14:textId="77777777" w:rsidR="00F8105C" w:rsidRDefault="00000000">
    <w:pPr>
      <w:pStyle w:val="Zaglavlje"/>
      <w:jc w:val="right"/>
    </w:pPr>
    <w:r>
      <w:rPr>
        <w:i/>
        <w:sz w:val="16"/>
      </w:rPr>
      <w:t>GRAD GRUBIŠNO POLJE – RADNI 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305822">
    <w:abstractNumId w:val="8"/>
  </w:num>
  <w:num w:numId="2" w16cid:durableId="1290238046">
    <w:abstractNumId w:val="6"/>
  </w:num>
  <w:num w:numId="3" w16cid:durableId="853108331">
    <w:abstractNumId w:val="5"/>
  </w:num>
  <w:num w:numId="4" w16cid:durableId="1373114575">
    <w:abstractNumId w:val="4"/>
  </w:num>
  <w:num w:numId="5" w16cid:durableId="1426421225">
    <w:abstractNumId w:val="7"/>
  </w:num>
  <w:num w:numId="6" w16cid:durableId="1439837989">
    <w:abstractNumId w:val="3"/>
  </w:num>
  <w:num w:numId="7" w16cid:durableId="193662372">
    <w:abstractNumId w:val="2"/>
  </w:num>
  <w:num w:numId="8" w16cid:durableId="269049230">
    <w:abstractNumId w:val="1"/>
  </w:num>
  <w:num w:numId="9" w16cid:durableId="1741367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A47"/>
    <w:rsid w:val="001467E3"/>
    <w:rsid w:val="0015074B"/>
    <w:rsid w:val="0029639D"/>
    <w:rsid w:val="00326F90"/>
    <w:rsid w:val="003C5EE4"/>
    <w:rsid w:val="004E0165"/>
    <w:rsid w:val="005C4F3B"/>
    <w:rsid w:val="006C1088"/>
    <w:rsid w:val="00807EDF"/>
    <w:rsid w:val="0086042E"/>
    <w:rsid w:val="00AA1D8D"/>
    <w:rsid w:val="00B47730"/>
    <w:rsid w:val="00CB0664"/>
    <w:rsid w:val="00DF40FE"/>
    <w:rsid w:val="00E41118"/>
    <w:rsid w:val="00E41DA3"/>
    <w:rsid w:val="00EE3F63"/>
    <w:rsid w:val="00F8105C"/>
    <w:rsid w:val="00FC693F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D1A8D"/>
  <w14:defaultImageDpi w14:val="300"/>
  <w15:docId w15:val="{4EAC00E3-2FB6-4ACD-BFDA-F9E6C56E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1857</Words>
  <Characters>10587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4</cp:revision>
  <dcterms:created xsi:type="dcterms:W3CDTF">2026-10-06T07:51:00Z</dcterms:created>
  <dcterms:modified xsi:type="dcterms:W3CDTF">2026-10-06T11:13:00Z</dcterms:modified>
  <cp:category/>
</cp:coreProperties>
</file>