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59"/>
        <w:gridCol w:w="5159"/>
      </w:tblGrid>
      <w:tr w:rsidR="006A56D9" w14:paraId="171E1D62" w14:textId="77777777">
        <w:trPr>
          <w:trHeight w:val="963"/>
          <w:jc w:val="center"/>
        </w:trPr>
        <w:tc>
          <w:tcPr>
            <w:tcW w:w="51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F5C1F1" w14:textId="77777777" w:rsidR="006A56D9" w:rsidRDefault="00000000">
            <w:pPr>
              <w:jc w:val="center"/>
            </w:pPr>
            <w:r>
              <w:rPr>
                <w:b/>
              </w:rPr>
              <w:t>OBRAZAC</w:t>
            </w:r>
            <w:r>
              <w:rPr>
                <w:b/>
              </w:rPr>
              <w:br/>
              <w:t>sudjelovanja zainteresirane javnosti u savjetovanju o nacrtu općeg akta</w:t>
            </w:r>
            <w:r>
              <w:rPr>
                <w:b/>
              </w:rPr>
              <w:br/>
              <w:t>Gradskoga vijeća Grada Grubišnoga Polja</w:t>
            </w:r>
          </w:p>
        </w:tc>
      </w:tr>
      <w:tr w:rsidR="006A56D9" w14:paraId="0D1E0646" w14:textId="77777777">
        <w:trPr>
          <w:trHeight w:val="1389"/>
          <w:jc w:val="center"/>
        </w:trPr>
        <w:tc>
          <w:tcPr>
            <w:tcW w:w="51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A027A" w14:textId="6ED9A024" w:rsidR="006A56D9" w:rsidRPr="006C0608" w:rsidRDefault="00000000" w:rsidP="00B6706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Prijedlog </w:t>
            </w:r>
            <w:r w:rsidR="006C0608" w:rsidRPr="006C0608">
              <w:rPr>
                <w:b/>
                <w:sz w:val="22"/>
              </w:rPr>
              <w:t>Odluke</w:t>
            </w:r>
            <w:r w:rsidR="006C0608">
              <w:rPr>
                <w:b/>
                <w:sz w:val="22"/>
              </w:rPr>
              <w:t xml:space="preserve"> </w:t>
            </w:r>
            <w:r w:rsidR="00B6706C" w:rsidRPr="00B6706C">
              <w:rPr>
                <w:b/>
                <w:sz w:val="22"/>
              </w:rPr>
              <w:t>o proglašenju komunalne infrastrukture sportsko-rekreacijskog prostora javnim dobrom u općoj uporabi na zemljišnoknjižnim česticama broj 881/1, 882/2, 863/1, 863/8 i 5098, k.o. Grubišno Polje, odnosno na katastarskim česticama br. 5098, 819/2, 819/3, 819/1 i 820, k.o. Grubišno Polje</w:t>
            </w:r>
          </w:p>
        </w:tc>
      </w:tr>
      <w:tr w:rsidR="006A56D9" w14:paraId="53FF047D" w14:textId="77777777">
        <w:trPr>
          <w:trHeight w:val="481"/>
          <w:jc w:val="center"/>
        </w:trPr>
        <w:tc>
          <w:tcPr>
            <w:tcW w:w="5159" w:type="dxa"/>
            <w:gridSpan w:val="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E359F6" w14:textId="77777777" w:rsidR="006A56D9" w:rsidRDefault="00000000">
            <w:pPr>
              <w:jc w:val="center"/>
            </w:pPr>
            <w:r>
              <w:t>Grad Grubišno Polje, Odsjek Stručne službe Gradskog vijeća,</w:t>
            </w:r>
            <w:r>
              <w:br/>
              <w:t>Trg bana Josipa Jelačića 1, Grubišno Polje</w:t>
            </w:r>
          </w:p>
        </w:tc>
      </w:tr>
      <w:tr w:rsidR="006A56D9" w14:paraId="73AC9BE6" w14:textId="77777777">
        <w:trPr>
          <w:trHeight w:val="368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5C0C3E" w14:textId="42605F21" w:rsidR="006A56D9" w:rsidRDefault="00000000">
            <w:r>
              <w:rPr>
                <w:sz w:val="20"/>
              </w:rPr>
              <w:t xml:space="preserve">Početak savjetovanja: </w:t>
            </w:r>
            <w:r w:rsidR="00EA4A35">
              <w:rPr>
                <w:sz w:val="20"/>
              </w:rPr>
              <w:t>14.10.</w:t>
            </w:r>
            <w:r>
              <w:rPr>
                <w:sz w:val="20"/>
              </w:rPr>
              <w:t>2026.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B4EA8BF" w14:textId="5B3B0FF9" w:rsidR="006A56D9" w:rsidRDefault="00000000">
            <w:r>
              <w:rPr>
                <w:sz w:val="20"/>
              </w:rPr>
              <w:t xml:space="preserve">Završetak savjetovanja: </w:t>
            </w:r>
            <w:r w:rsidR="00EA4A35">
              <w:rPr>
                <w:sz w:val="20"/>
              </w:rPr>
              <w:t>13</w:t>
            </w:r>
            <w:r>
              <w:rPr>
                <w:sz w:val="20"/>
              </w:rPr>
              <w:t>.</w:t>
            </w:r>
            <w:r w:rsidR="00EA4A35">
              <w:rPr>
                <w:sz w:val="20"/>
              </w:rPr>
              <w:t>11</w:t>
            </w:r>
            <w:r>
              <w:rPr>
                <w:sz w:val="20"/>
              </w:rPr>
              <w:t>.2026.</w:t>
            </w:r>
          </w:p>
        </w:tc>
      </w:tr>
      <w:tr w:rsidR="006A56D9" w14:paraId="2E7459A9" w14:textId="77777777">
        <w:trPr>
          <w:trHeight w:val="623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E5B1B4" w14:textId="77777777" w:rsidR="006A56D9" w:rsidRDefault="00000000">
            <w:r>
              <w:rPr>
                <w:sz w:val="20"/>
              </w:rPr>
              <w:t>Naziv predstavnika zainteresirane javnosti koja daje svoje mišljenje, primjedbe i prijedloge na predloženi nacrt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DF16A3" w14:textId="77777777" w:rsidR="006A56D9" w:rsidRDefault="006A56D9"/>
        </w:tc>
      </w:tr>
      <w:tr w:rsidR="006A56D9" w14:paraId="31E9ACA3" w14:textId="77777777">
        <w:trPr>
          <w:trHeight w:val="510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A07832" w14:textId="77777777" w:rsidR="006A56D9" w:rsidRDefault="00000000">
            <w:r>
              <w:rPr>
                <w:sz w:val="20"/>
              </w:rPr>
              <w:t>Interes, odnosno kategorija i brojnost korisnika koje predstavljate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2FDACC" w14:textId="77777777" w:rsidR="006A56D9" w:rsidRDefault="006A56D9"/>
        </w:tc>
      </w:tr>
      <w:tr w:rsidR="006A56D9" w14:paraId="6CD99129" w14:textId="77777777">
        <w:trPr>
          <w:trHeight w:val="1219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90AB99" w14:textId="77777777" w:rsidR="006A56D9" w:rsidRDefault="00000000">
            <w:r>
              <w:rPr>
                <w:sz w:val="20"/>
              </w:rPr>
              <w:t>Načelne primjedbe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140A3E" w14:textId="77777777" w:rsidR="006A56D9" w:rsidRDefault="006A56D9"/>
        </w:tc>
      </w:tr>
      <w:tr w:rsidR="006A56D9" w14:paraId="4E675387" w14:textId="77777777">
        <w:trPr>
          <w:trHeight w:val="1530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1A2CB47" w14:textId="77777777" w:rsidR="006A56D9" w:rsidRDefault="00000000">
            <w:r>
              <w:rPr>
                <w:sz w:val="20"/>
              </w:rPr>
              <w:t>Primjedbe na pojedine članke nacrta akta s obrazloženjem</w:t>
            </w:r>
            <w:r>
              <w:rPr>
                <w:sz w:val="20"/>
              </w:rPr>
              <w:br/>
              <w:t>(Ako je primjedaba više, prilažu se u obrascu)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5D4687" w14:textId="77777777" w:rsidR="006A56D9" w:rsidRDefault="006A56D9"/>
        </w:tc>
      </w:tr>
      <w:tr w:rsidR="006A56D9" w14:paraId="105359F2" w14:textId="77777777">
        <w:trPr>
          <w:trHeight w:val="652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FC3B81" w14:textId="77777777" w:rsidR="006A56D9" w:rsidRDefault="00000000">
            <w:r>
              <w:rPr>
                <w:sz w:val="20"/>
              </w:rPr>
              <w:t>Ime i prezime osobe (ili osoba) koja je sastavljala primjedbe ili osobe ovlaštene za predstavljanje predstavnika zainteresirane javnosti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383BF6C" w14:textId="77777777" w:rsidR="006A56D9" w:rsidRDefault="006A56D9"/>
        </w:tc>
      </w:tr>
      <w:tr w:rsidR="006A56D9" w14:paraId="2DC25EE7" w14:textId="77777777">
        <w:trPr>
          <w:trHeight w:val="368"/>
          <w:jc w:val="center"/>
        </w:trPr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AE45DE" w14:textId="77777777" w:rsidR="006A56D9" w:rsidRDefault="00000000">
            <w:r>
              <w:rPr>
                <w:sz w:val="20"/>
              </w:rPr>
              <w:t>Datum dostavljanja</w:t>
            </w:r>
          </w:p>
        </w:tc>
        <w:tc>
          <w:tcPr>
            <w:tcW w:w="515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B5541" w14:textId="77777777" w:rsidR="006A56D9" w:rsidRDefault="006A56D9"/>
        </w:tc>
      </w:tr>
    </w:tbl>
    <w:p w14:paraId="14BF97EB" w14:textId="77777777" w:rsidR="006A56D9" w:rsidRDefault="00000000">
      <w:pPr>
        <w:spacing w:before="40" w:after="40" w:line="240" w:lineRule="auto"/>
        <w:jc w:val="center"/>
      </w:pPr>
      <w:r>
        <w:rPr>
          <w:b/>
          <w:sz w:val="20"/>
        </w:rPr>
        <w:t>Važna napomena:</w:t>
      </w:r>
    </w:p>
    <w:p w14:paraId="1533C2BE" w14:textId="673B8FC3" w:rsidR="006A56D9" w:rsidRDefault="00000000">
      <w:pPr>
        <w:spacing w:before="40" w:after="40" w:line="240" w:lineRule="auto"/>
        <w:jc w:val="center"/>
      </w:pPr>
      <w:r>
        <w:rPr>
          <w:sz w:val="19"/>
        </w:rPr>
        <w:t xml:space="preserve">Popunjeni obrazac s prilogom zaključno do </w:t>
      </w:r>
      <w:r w:rsidR="00EA4A35">
        <w:rPr>
          <w:sz w:val="19"/>
        </w:rPr>
        <w:t>13</w:t>
      </w:r>
      <w:r>
        <w:rPr>
          <w:sz w:val="19"/>
        </w:rPr>
        <w:t>.</w:t>
      </w:r>
      <w:r w:rsidR="00EA4A35">
        <w:rPr>
          <w:sz w:val="19"/>
        </w:rPr>
        <w:t>11</w:t>
      </w:r>
      <w:r>
        <w:rPr>
          <w:sz w:val="19"/>
        </w:rPr>
        <w:t>.2026. godine dostaviti na adresu elektronske pošte: strucnasluzba@grubisnopolje.hr</w:t>
      </w:r>
    </w:p>
    <w:p w14:paraId="7DC29CDE" w14:textId="77777777" w:rsidR="006A56D9" w:rsidRDefault="00000000">
      <w:pPr>
        <w:spacing w:before="40" w:after="40" w:line="240" w:lineRule="auto"/>
        <w:jc w:val="both"/>
      </w:pPr>
      <w:r>
        <w:rPr>
          <w:sz w:val="18"/>
        </w:rPr>
        <w:t>Po završetku savjetovanja, sve pristigle primjedbe/prijedlozi bit će javno dostupni na internetskoj stranici Grada Grubišnoga Polja. Ukoliko ne želite da Vaši osobni podaci (ime i prezime) budu javno objavljeni, molimo da to jasno istaknete pri slanju obrasca.</w:t>
      </w:r>
    </w:p>
    <w:p w14:paraId="2E08EECB" w14:textId="77777777" w:rsidR="006A56D9" w:rsidRDefault="00000000">
      <w:pPr>
        <w:spacing w:before="40" w:after="40" w:line="240" w:lineRule="auto"/>
        <w:jc w:val="center"/>
      </w:pPr>
      <w:r>
        <w:rPr>
          <w:sz w:val="19"/>
        </w:rPr>
        <w:t>Anonimni, uvredljivi i irelevantni komentari neće se objaviti.</w:t>
      </w:r>
    </w:p>
    <w:sectPr w:rsidR="006A56D9" w:rsidSect="00034616">
      <w:pgSz w:w="12240" w:h="15840"/>
      <w:pgMar w:top="737" w:right="850" w:bottom="68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29323140">
    <w:abstractNumId w:val="8"/>
  </w:num>
  <w:num w:numId="2" w16cid:durableId="1241792093">
    <w:abstractNumId w:val="6"/>
  </w:num>
  <w:num w:numId="3" w16cid:durableId="2144619314">
    <w:abstractNumId w:val="5"/>
  </w:num>
  <w:num w:numId="4" w16cid:durableId="425419193">
    <w:abstractNumId w:val="4"/>
  </w:num>
  <w:num w:numId="5" w16cid:durableId="681934431">
    <w:abstractNumId w:val="7"/>
  </w:num>
  <w:num w:numId="6" w16cid:durableId="1945117059">
    <w:abstractNumId w:val="3"/>
  </w:num>
  <w:num w:numId="7" w16cid:durableId="1798797202">
    <w:abstractNumId w:val="2"/>
  </w:num>
  <w:num w:numId="8" w16cid:durableId="939603063">
    <w:abstractNumId w:val="1"/>
  </w:num>
  <w:num w:numId="9" w16cid:durableId="1476067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32C79"/>
    <w:rsid w:val="0015074B"/>
    <w:rsid w:val="00232664"/>
    <w:rsid w:val="0029639D"/>
    <w:rsid w:val="00326F90"/>
    <w:rsid w:val="005D1429"/>
    <w:rsid w:val="006A56D9"/>
    <w:rsid w:val="006C0608"/>
    <w:rsid w:val="00AA1D8D"/>
    <w:rsid w:val="00B47730"/>
    <w:rsid w:val="00B6706C"/>
    <w:rsid w:val="00CB0664"/>
    <w:rsid w:val="00DC01DC"/>
    <w:rsid w:val="00EA4A35"/>
    <w:rsid w:val="00F16AB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27AC21"/>
  <w14:defaultImageDpi w14:val="300"/>
  <w15:docId w15:val="{82A0EBDE-9A1E-46E0-B851-1473C55B9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6</cp:revision>
  <dcterms:created xsi:type="dcterms:W3CDTF">2026-10-14T05:13:00Z</dcterms:created>
  <dcterms:modified xsi:type="dcterms:W3CDTF">2026-10-14T12:36:00Z</dcterms:modified>
  <cp:category/>
</cp:coreProperties>
</file>